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330A" w14:textId="77D51E36" w:rsidR="00A5484B" w:rsidRPr="009D72F7" w:rsidRDefault="7ECEDB7F" w:rsidP="330FFF8A">
      <w:pPr>
        <w:pStyle w:val="Heading1"/>
        <w:rPr>
          <w:sz w:val="44"/>
          <w:szCs w:val="44"/>
          <w:lang w:val="en-AU"/>
        </w:rPr>
      </w:pPr>
      <w:r w:rsidRPr="009D72F7">
        <w:rPr>
          <w:sz w:val="40"/>
          <w:szCs w:val="40"/>
          <w:lang w:val="en-AU"/>
        </w:rPr>
        <w:t>Participant Information Statement</w:t>
      </w:r>
      <w:r w:rsidR="00BD20B2" w:rsidRPr="009D72F7">
        <w:rPr>
          <w:lang w:val="en-AU"/>
        </w:rPr>
        <w:br/>
      </w:r>
      <w:r w:rsidRPr="009D72F7">
        <w:rPr>
          <w:sz w:val="40"/>
          <w:szCs w:val="40"/>
          <w:lang w:val="en-AU"/>
        </w:rPr>
        <w:t xml:space="preserve">People </w:t>
      </w:r>
      <w:r w:rsidR="63C242AB" w:rsidRPr="009D72F7">
        <w:rPr>
          <w:sz w:val="40"/>
          <w:szCs w:val="40"/>
          <w:lang w:val="en-AU"/>
        </w:rPr>
        <w:t>with</w:t>
      </w:r>
      <w:r w:rsidRPr="009D72F7">
        <w:rPr>
          <w:sz w:val="40"/>
          <w:szCs w:val="40"/>
          <w:lang w:val="en-AU"/>
        </w:rPr>
        <w:t xml:space="preserve"> Aphasia and Artificial Intelligence</w:t>
      </w:r>
    </w:p>
    <w:p w14:paraId="09B5CFB1" w14:textId="77777777" w:rsidR="00A5484B" w:rsidRPr="009D72F7" w:rsidRDefault="7ECEDB7F" w:rsidP="004D2CAF">
      <w:pPr>
        <w:pStyle w:val="Heading2"/>
        <w:spacing w:line="480" w:lineRule="auto"/>
        <w:rPr>
          <w:sz w:val="40"/>
          <w:szCs w:val="40"/>
          <w:lang w:val="en-AU"/>
        </w:rPr>
      </w:pPr>
      <w:r w:rsidRPr="009D72F7">
        <w:rPr>
          <w:lang w:val="en-AU"/>
        </w:rPr>
        <w:t>Title of the project</w:t>
      </w:r>
    </w:p>
    <w:p w14:paraId="1EED709A" w14:textId="77777777" w:rsidR="00A5484B" w:rsidRPr="009D72F7" w:rsidRDefault="7ECEDB7F" w:rsidP="004D2CAF">
      <w:p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People With Aphasia and Artificial Intelligence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Lived experiences, current use, and imagined futures</w:t>
      </w:r>
    </w:p>
    <w:p w14:paraId="1605795F" w14:textId="77777777" w:rsidR="00A5484B" w:rsidRPr="009D72F7" w:rsidRDefault="7ECEDB7F" w:rsidP="004D2CAF">
      <w:pPr>
        <w:pStyle w:val="Heading2"/>
        <w:spacing w:before="0" w:line="480" w:lineRule="auto"/>
        <w:rPr>
          <w:sz w:val="40"/>
          <w:szCs w:val="40"/>
          <w:lang w:val="en-AU"/>
        </w:rPr>
      </w:pPr>
      <w:r w:rsidRPr="009D72F7">
        <w:rPr>
          <w:lang w:val="en-AU"/>
        </w:rPr>
        <w:t>Who is doing the research?</w:t>
      </w:r>
    </w:p>
    <w:p w14:paraId="1E9FCC18" w14:textId="77777777" w:rsidR="0053339E" w:rsidRDefault="7ECEDB7F" w:rsidP="004D2CAF">
      <w:pPr>
        <w:spacing w:line="480" w:lineRule="auto"/>
        <w:rPr>
          <w:sz w:val="32"/>
          <w:szCs w:val="32"/>
          <w:lang w:val="en-AU"/>
        </w:rPr>
      </w:pPr>
      <w:r w:rsidRPr="009D72F7">
        <w:rPr>
          <w:sz w:val="32"/>
          <w:szCs w:val="32"/>
          <w:lang w:val="en-AU"/>
        </w:rPr>
        <w:t>This research is run by La Trobe University.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</w:p>
    <w:p w14:paraId="1452869D" w14:textId="77777777" w:rsidR="0053339E" w:rsidRDefault="0053339E" w:rsidP="004D2CAF">
      <w:pPr>
        <w:spacing w:line="480" w:lineRule="auto"/>
        <w:rPr>
          <w:sz w:val="32"/>
          <w:szCs w:val="32"/>
          <w:lang w:val="en-AU"/>
        </w:rPr>
      </w:pPr>
    </w:p>
    <w:p w14:paraId="1DFB129D" w14:textId="77777777" w:rsidR="0053339E" w:rsidRDefault="0053339E" w:rsidP="004D2CAF">
      <w:pPr>
        <w:spacing w:line="480" w:lineRule="auto"/>
        <w:rPr>
          <w:sz w:val="32"/>
          <w:szCs w:val="32"/>
          <w:lang w:val="en-AU"/>
        </w:rPr>
      </w:pPr>
    </w:p>
    <w:p w14:paraId="30D9F304" w14:textId="77777777" w:rsidR="0053339E" w:rsidRDefault="0053339E" w:rsidP="004D2CAF">
      <w:pPr>
        <w:spacing w:line="480" w:lineRule="auto"/>
        <w:rPr>
          <w:sz w:val="32"/>
          <w:szCs w:val="32"/>
          <w:lang w:val="en-AU"/>
        </w:rPr>
      </w:pPr>
    </w:p>
    <w:p w14:paraId="7C37FC13" w14:textId="77777777" w:rsidR="0053339E" w:rsidRDefault="0053339E" w:rsidP="004D2CAF">
      <w:pPr>
        <w:spacing w:line="480" w:lineRule="auto"/>
        <w:rPr>
          <w:sz w:val="32"/>
          <w:szCs w:val="32"/>
          <w:lang w:val="en-AU"/>
        </w:rPr>
      </w:pPr>
    </w:p>
    <w:p w14:paraId="286EAC90" w14:textId="77777777" w:rsidR="0053339E" w:rsidRDefault="0053339E" w:rsidP="004D2CAF">
      <w:pPr>
        <w:spacing w:line="480" w:lineRule="auto"/>
        <w:rPr>
          <w:sz w:val="32"/>
          <w:szCs w:val="32"/>
          <w:lang w:val="en-AU"/>
        </w:rPr>
      </w:pPr>
    </w:p>
    <w:p w14:paraId="33B8A725" w14:textId="0ACE53BA" w:rsidR="009010DD" w:rsidRDefault="7ECEDB7F" w:rsidP="004D2CAF">
      <w:pPr>
        <w:spacing w:line="480" w:lineRule="auto"/>
        <w:rPr>
          <w:sz w:val="32"/>
          <w:szCs w:val="32"/>
          <w:lang w:val="en-AU"/>
        </w:rPr>
      </w:pPr>
      <w:r w:rsidRPr="009D72F7">
        <w:rPr>
          <w:sz w:val="32"/>
          <w:szCs w:val="32"/>
          <w:lang w:val="en-AU"/>
        </w:rPr>
        <w:lastRenderedPageBreak/>
        <w:t>Th</w:t>
      </w:r>
      <w:r w:rsidR="009010DD">
        <w:rPr>
          <w:sz w:val="32"/>
          <w:szCs w:val="32"/>
          <w:lang w:val="en-AU"/>
        </w:rPr>
        <w:t>e</w:t>
      </w:r>
      <w:r w:rsidR="009010DD" w:rsidRPr="009010DD">
        <w:rPr>
          <w:sz w:val="32"/>
          <w:szCs w:val="32"/>
          <w:lang w:val="en-AU"/>
        </w:rPr>
        <w:t xml:space="preserve"> </w:t>
      </w:r>
      <w:r w:rsidR="009010DD" w:rsidRPr="009D72F7">
        <w:rPr>
          <w:sz w:val="32"/>
          <w:szCs w:val="32"/>
          <w:lang w:val="en-AU"/>
        </w:rPr>
        <w:t>research team includes:</w:t>
      </w:r>
    </w:p>
    <w:p w14:paraId="449AD3D6" w14:textId="37EBD956" w:rsidR="00BD20B2" w:rsidRDefault="009010DD" w:rsidP="004D2CAF">
      <w:pPr>
        <w:spacing w:line="480" w:lineRule="auto"/>
        <w:rPr>
          <w:sz w:val="32"/>
          <w:szCs w:val="32"/>
          <w:lang w:val="en-AU"/>
        </w:rPr>
      </w:pPr>
      <w:r w:rsidRPr="009010DD">
        <w:t xml:space="preserve"> </w:t>
      </w:r>
      <w:r>
        <w:fldChar w:fldCharType="begin"/>
      </w:r>
      <w:r>
        <w:instrText xml:space="preserve"> INCLUDEPICTURE "/Users/matthew/Library/Group Containers/UBF8T346G9.ms/WebArchiveCopyPasteTempFiles/com.microsoft.Word/matthew-berryman.jpg?mode=max&amp;width=411&amp;height=411"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88F940" wp14:editId="56080B8D">
            <wp:extent cx="2448560" cy="2448560"/>
            <wp:effectExtent l="0" t="0" r="2540" b="2540"/>
            <wp:docPr id="473658708" name="Picture 2" descr="A person with a beard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58708" name="Picture 2" descr="A person with a beard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BD20B2" w:rsidRPr="009D72F7">
        <w:rPr>
          <w:lang w:val="en-AU"/>
        </w:rPr>
        <w:br/>
      </w:r>
      <w:r w:rsidR="7ECEDB7F" w:rsidRPr="009D72F7">
        <w:rPr>
          <w:sz w:val="32"/>
          <w:szCs w:val="32"/>
          <w:lang w:val="en-AU"/>
        </w:rPr>
        <w:t xml:space="preserve">- Dr </w:t>
      </w:r>
      <w:r w:rsidR="7ECEDB7F" w:rsidRPr="009D72F7">
        <w:rPr>
          <w:b/>
          <w:bCs/>
          <w:sz w:val="32"/>
          <w:szCs w:val="32"/>
          <w:lang w:val="en-AU"/>
        </w:rPr>
        <w:t>Matthew Berryman</w:t>
      </w:r>
      <w:r w:rsidR="63C242AB" w:rsidRPr="009D72F7">
        <w:rPr>
          <w:sz w:val="32"/>
          <w:szCs w:val="32"/>
          <w:lang w:val="en-AU"/>
        </w:rPr>
        <w:t xml:space="preserve"> (he/him), a </w:t>
      </w:r>
      <w:r w:rsidR="63C242AB" w:rsidRPr="009D72F7">
        <w:rPr>
          <w:b/>
          <w:bCs/>
          <w:sz w:val="32"/>
          <w:szCs w:val="32"/>
          <w:lang w:val="en-AU"/>
        </w:rPr>
        <w:t>survivor of stroke</w:t>
      </w:r>
      <w:r w:rsidR="63C242AB" w:rsidRPr="009D72F7">
        <w:rPr>
          <w:sz w:val="32"/>
          <w:szCs w:val="32"/>
          <w:lang w:val="en-AU"/>
        </w:rPr>
        <w:t xml:space="preserve"> with </w:t>
      </w:r>
      <w:r w:rsidR="63C242AB" w:rsidRPr="009D72F7">
        <w:rPr>
          <w:b/>
          <w:bCs/>
          <w:sz w:val="32"/>
          <w:szCs w:val="32"/>
          <w:lang w:val="en-AU"/>
        </w:rPr>
        <w:t xml:space="preserve">experience </w:t>
      </w:r>
      <w:r w:rsidR="63C242AB" w:rsidRPr="009D72F7">
        <w:rPr>
          <w:sz w:val="32"/>
          <w:szCs w:val="32"/>
          <w:lang w:val="en-AU"/>
        </w:rPr>
        <w:t>of</w:t>
      </w:r>
      <w:r w:rsidR="63C242AB" w:rsidRPr="009D72F7">
        <w:rPr>
          <w:b/>
          <w:bCs/>
          <w:sz w:val="32"/>
          <w:szCs w:val="32"/>
          <w:lang w:val="en-AU"/>
        </w:rPr>
        <w:t xml:space="preserve"> communication difficulties</w:t>
      </w:r>
      <w:r w:rsidR="63C242AB" w:rsidRPr="009D72F7">
        <w:rPr>
          <w:sz w:val="32"/>
          <w:szCs w:val="32"/>
          <w:lang w:val="en-AU"/>
        </w:rPr>
        <w:t xml:space="preserve"> after stroke.</w:t>
      </w:r>
    </w:p>
    <w:p w14:paraId="330A9757" w14:textId="2778D7EC" w:rsidR="009010DD" w:rsidRPr="009D72F7" w:rsidRDefault="00852CB4" w:rsidP="004D2CAF">
      <w:pPr>
        <w:spacing w:line="480" w:lineRule="auto"/>
        <w:rPr>
          <w:sz w:val="36"/>
          <w:szCs w:val="36"/>
          <w:lang w:val="en-AU"/>
        </w:rPr>
      </w:pPr>
      <w:r>
        <w:fldChar w:fldCharType="begin"/>
      </w:r>
      <w:r>
        <w:instrText xml:space="preserve"> INCLUDEPICTURE "/Users/matthew/Library/Group Containers/UBF8T346G9.ms/WebArchiveCopyPasteTempFiles/com.microsoft.Word/john-pierce.jpg?width=600&amp;height=600"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D89A60" wp14:editId="7B2D82E3">
            <wp:extent cx="2489200" cy="2489200"/>
            <wp:effectExtent l="0" t="0" r="0" b="0"/>
            <wp:docPr id="1123639072" name="Picture 3" descr="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39072" name="Picture 3" descr="A person in a su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D26D444" w14:textId="3FC08DDA" w:rsidR="00BD20B2" w:rsidRPr="009D72F7" w:rsidRDefault="030883B2" w:rsidP="004D2CAF">
      <w:pPr>
        <w:spacing w:line="480" w:lineRule="auto"/>
        <w:rPr>
          <w:b/>
          <w:bCs/>
          <w:sz w:val="36"/>
          <w:szCs w:val="36"/>
          <w:lang w:val="en-AU"/>
        </w:rPr>
      </w:pPr>
      <w:r w:rsidRPr="6E29D764">
        <w:rPr>
          <w:sz w:val="32"/>
          <w:szCs w:val="32"/>
          <w:lang w:val="en-AU"/>
        </w:rPr>
        <w:t xml:space="preserve">- </w:t>
      </w:r>
      <w:r w:rsidR="528DDD47" w:rsidRPr="6E29D764">
        <w:rPr>
          <w:sz w:val="32"/>
          <w:szCs w:val="32"/>
          <w:lang w:val="en-AU"/>
        </w:rPr>
        <w:t xml:space="preserve">Dr </w:t>
      </w:r>
      <w:r w:rsidR="528DDD47" w:rsidRPr="6E29D764">
        <w:rPr>
          <w:b/>
          <w:bCs/>
          <w:sz w:val="32"/>
          <w:szCs w:val="32"/>
          <w:lang w:val="en-AU"/>
        </w:rPr>
        <w:t>John Pierce</w:t>
      </w:r>
      <w:r w:rsidR="528DDD47" w:rsidRPr="6E29D764">
        <w:rPr>
          <w:sz w:val="32"/>
          <w:szCs w:val="32"/>
          <w:lang w:val="en-AU"/>
        </w:rPr>
        <w:t xml:space="preserve"> (he/him), a speech pathologist and </w:t>
      </w:r>
      <w:r w:rsidR="528DDD47" w:rsidRPr="6E29D764">
        <w:rPr>
          <w:b/>
          <w:bCs/>
          <w:sz w:val="32"/>
          <w:szCs w:val="32"/>
          <w:lang w:val="en-AU"/>
        </w:rPr>
        <w:t>aphasia researcher</w:t>
      </w:r>
    </w:p>
    <w:p w14:paraId="2D25A5F3" w14:textId="40ACB191" w:rsidR="6E2EAF01" w:rsidRDefault="3249067D" w:rsidP="6E29D76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5AD3A78" wp14:editId="39580846">
            <wp:extent cx="2560320" cy="2560320"/>
            <wp:effectExtent l="0" t="0" r="5080" b="5080"/>
            <wp:docPr id="12661323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32342" name="Picture 12661323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4F15" w14:textId="4C334925" w:rsidR="00BD20B2" w:rsidRPr="009D72F7" w:rsidRDefault="53984023" w:rsidP="004D2CAF">
      <w:pPr>
        <w:spacing w:line="480" w:lineRule="auto"/>
        <w:rPr>
          <w:sz w:val="32"/>
          <w:szCs w:val="32"/>
          <w:lang w:val="en-AU"/>
        </w:rPr>
      </w:pPr>
      <w:r w:rsidRPr="009D72F7">
        <w:rPr>
          <w:sz w:val="32"/>
          <w:szCs w:val="32"/>
          <w:lang w:val="en-AU"/>
        </w:rPr>
        <w:t xml:space="preserve">- A/Prof </w:t>
      </w:r>
      <w:r w:rsidRPr="009D72F7">
        <w:rPr>
          <w:b/>
          <w:bCs/>
          <w:sz w:val="32"/>
          <w:szCs w:val="32"/>
          <w:lang w:val="en-AU"/>
        </w:rPr>
        <w:t>Annie Hill</w:t>
      </w:r>
      <w:r w:rsidRPr="009D72F7">
        <w:rPr>
          <w:sz w:val="32"/>
          <w:szCs w:val="32"/>
          <w:lang w:val="en-AU"/>
        </w:rPr>
        <w:t xml:space="preserve"> (she/her), a speech pathologist and </w:t>
      </w:r>
      <w:r w:rsidRPr="009D72F7">
        <w:rPr>
          <w:b/>
          <w:bCs/>
          <w:sz w:val="32"/>
          <w:szCs w:val="32"/>
          <w:lang w:val="en-AU"/>
        </w:rPr>
        <w:t>aphasia researcher</w:t>
      </w:r>
      <w:r w:rsidR="00BD20B2" w:rsidRPr="009D72F7">
        <w:rPr>
          <w:lang w:val="en-AU"/>
        </w:rPr>
        <w:br/>
      </w:r>
    </w:p>
    <w:p w14:paraId="1204CDD5" w14:textId="69DDAA60" w:rsidR="00A5484B" w:rsidRPr="009D72F7" w:rsidRDefault="7ECEDB7F" w:rsidP="004D2CAF">
      <w:p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Ethics approval</w:t>
      </w:r>
    </w:p>
    <w:p w14:paraId="5D59160E" w14:textId="5DD0DF2A" w:rsidR="00A5484B" w:rsidRPr="009D72F7" w:rsidRDefault="7ECEDB7F" w:rsidP="004D2CAF">
      <w:p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 xml:space="preserve">✔ This study has </w:t>
      </w:r>
      <w:r w:rsidRPr="009D72F7">
        <w:rPr>
          <w:b/>
          <w:bCs/>
          <w:sz w:val="32"/>
          <w:szCs w:val="32"/>
          <w:lang w:val="en-AU"/>
        </w:rPr>
        <w:t>ethics approval</w:t>
      </w:r>
      <w:r w:rsidR="7923CC69" w:rsidRPr="009D72F7">
        <w:rPr>
          <w:sz w:val="32"/>
          <w:szCs w:val="32"/>
          <w:lang w:val="en-AU"/>
        </w:rPr>
        <w:t xml:space="preserve"> </w:t>
      </w:r>
      <w:r w:rsidR="58AC498B" w:rsidRPr="009D72F7">
        <w:rPr>
          <w:sz w:val="32"/>
          <w:szCs w:val="32"/>
          <w:lang w:val="en-AU"/>
        </w:rPr>
        <w:t>f</w:t>
      </w:r>
      <w:r w:rsidRPr="009D72F7">
        <w:rPr>
          <w:sz w:val="32"/>
          <w:szCs w:val="32"/>
          <w:lang w:val="en-AU"/>
        </w:rPr>
        <w:t>rom the La Trobe University Human Research Ethics Committee</w:t>
      </w:r>
      <w:r w:rsidR="106F1AAE" w:rsidRPr="009D72F7">
        <w:rPr>
          <w:sz w:val="32"/>
          <w:szCs w:val="32"/>
          <w:lang w:val="en-AU"/>
        </w:rPr>
        <w:t xml:space="preserve">. 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Ethics number: TBC</w:t>
      </w:r>
    </w:p>
    <w:p w14:paraId="3DB00156" w14:textId="77777777" w:rsidR="00A5484B" w:rsidRPr="009D72F7" w:rsidRDefault="7ECEDB7F" w:rsidP="00522B6B">
      <w:pPr>
        <w:pStyle w:val="Heading2"/>
        <w:spacing w:before="0"/>
        <w:rPr>
          <w:sz w:val="40"/>
          <w:szCs w:val="40"/>
          <w:lang w:val="en-AU"/>
        </w:rPr>
      </w:pPr>
      <w:r w:rsidRPr="009D72F7">
        <w:rPr>
          <w:lang w:val="en-AU"/>
        </w:rPr>
        <w:lastRenderedPageBreak/>
        <w:t>What is this study about?</w:t>
      </w:r>
    </w:p>
    <w:p w14:paraId="24300973" w14:textId="16A391BB" w:rsidR="00A5484B" w:rsidRPr="009D72F7" w:rsidRDefault="70CD5188" w:rsidP="00522B6B">
      <w:pPr>
        <w:rPr>
          <w:sz w:val="32"/>
          <w:szCs w:val="32"/>
          <w:lang w:val="en-AU"/>
        </w:rPr>
      </w:pPr>
      <w:r w:rsidRPr="009D72F7">
        <w:rPr>
          <w:noProof/>
          <w:lang w:val="en-AU"/>
        </w:rPr>
        <w:drawing>
          <wp:inline distT="0" distB="0" distL="0" distR="0" wp14:anchorId="1C1A6D9B" wp14:editId="00A7DCC5">
            <wp:extent cx="5486400" cy="1903095"/>
            <wp:effectExtent l="0" t="0" r="0" b="1905"/>
            <wp:docPr id="1163041099" name="Picture 1" descr="A person holding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41099" name="Picture 1" descr="A person holding a phon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0909" w14:textId="43E31840" w:rsidR="00B93380" w:rsidRPr="009D72F7" w:rsidRDefault="7ECEDB7F" w:rsidP="00B93380">
      <w:pPr>
        <w:spacing w:after="0" w:line="480" w:lineRule="auto"/>
        <w:rPr>
          <w:sz w:val="32"/>
          <w:szCs w:val="32"/>
          <w:lang w:val="en-AU"/>
        </w:rPr>
      </w:pPr>
      <w:r w:rsidRPr="009D72F7">
        <w:rPr>
          <w:sz w:val="32"/>
          <w:szCs w:val="32"/>
          <w:lang w:val="en-AU"/>
        </w:rPr>
        <w:t xml:space="preserve">Many people use </w:t>
      </w:r>
      <w:r w:rsidRPr="009D72F7">
        <w:rPr>
          <w:b/>
          <w:bCs/>
          <w:sz w:val="32"/>
          <w:szCs w:val="32"/>
          <w:lang w:val="en-AU"/>
        </w:rPr>
        <w:t>technology</w:t>
      </w:r>
      <w:r w:rsidRPr="009D72F7">
        <w:rPr>
          <w:sz w:val="32"/>
          <w:szCs w:val="32"/>
          <w:lang w:val="en-AU"/>
        </w:rPr>
        <w:t xml:space="preserve"> every day.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 xml:space="preserve">Some </w:t>
      </w:r>
      <w:r w:rsidRPr="009D72F7">
        <w:rPr>
          <w:b/>
          <w:bCs/>
          <w:sz w:val="32"/>
          <w:szCs w:val="32"/>
          <w:lang w:val="en-AU"/>
        </w:rPr>
        <w:t>technology</w:t>
      </w:r>
      <w:r w:rsidRPr="009D72F7">
        <w:rPr>
          <w:sz w:val="32"/>
          <w:szCs w:val="32"/>
          <w:lang w:val="en-AU"/>
        </w:rPr>
        <w:t xml:space="preserve"> uses </w:t>
      </w:r>
      <w:r w:rsidRPr="009D72F7">
        <w:rPr>
          <w:b/>
          <w:bCs/>
          <w:sz w:val="32"/>
          <w:szCs w:val="32"/>
          <w:lang w:val="en-AU"/>
        </w:rPr>
        <w:t>artificial intelligence</w:t>
      </w:r>
      <w:r w:rsidRPr="009D72F7">
        <w:rPr>
          <w:sz w:val="32"/>
          <w:szCs w:val="32"/>
          <w:lang w:val="en-AU"/>
        </w:rPr>
        <w:t xml:space="preserve"> (AI).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AI can: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 xml:space="preserve">- help </w:t>
      </w:r>
      <w:r w:rsidR="009A26B4" w:rsidRPr="009D72F7">
        <w:rPr>
          <w:b/>
          <w:bCs/>
          <w:sz w:val="32"/>
          <w:szCs w:val="32"/>
          <w:lang w:val="en-AU"/>
        </w:rPr>
        <w:t>write</w:t>
      </w:r>
      <w:r w:rsidR="009A26B4" w:rsidRPr="009D72F7">
        <w:rPr>
          <w:sz w:val="32"/>
          <w:szCs w:val="32"/>
          <w:lang w:val="en-AU"/>
        </w:rPr>
        <w:t xml:space="preserve"> or </w:t>
      </w:r>
      <w:r w:rsidR="009A26B4" w:rsidRPr="009D72F7">
        <w:rPr>
          <w:b/>
          <w:bCs/>
          <w:sz w:val="32"/>
          <w:szCs w:val="32"/>
          <w:lang w:val="en-AU"/>
        </w:rPr>
        <w:t>change words</w:t>
      </w:r>
      <w:r w:rsidR="009A26B4" w:rsidRPr="009D72F7">
        <w:rPr>
          <w:sz w:val="32"/>
          <w:szCs w:val="32"/>
          <w:lang w:val="en-AU"/>
        </w:rPr>
        <w:t xml:space="preserve"> </w:t>
      </w:r>
      <w:r w:rsidR="00630028" w:rsidRPr="009D72F7">
        <w:rPr>
          <w:rFonts w:ascii="Apple Color Emoji" w:hAnsi="Apple Color Emoji" w:cs="Apple Color Emoji"/>
          <w:lang w:val="en-AU"/>
        </w:rPr>
        <w:t>✍️</w:t>
      </w:r>
    </w:p>
    <w:p w14:paraId="6FCE2859" w14:textId="76910F11" w:rsidR="00EA1E33" w:rsidRDefault="7ECEDB7F" w:rsidP="00B93380">
      <w:pPr>
        <w:spacing w:after="0" w:line="480" w:lineRule="auto"/>
        <w:rPr>
          <w:sz w:val="32"/>
          <w:szCs w:val="32"/>
          <w:lang w:val="en-AU"/>
        </w:rPr>
      </w:pPr>
      <w:r w:rsidRPr="009D72F7">
        <w:rPr>
          <w:sz w:val="32"/>
          <w:szCs w:val="32"/>
          <w:lang w:val="en-AU"/>
        </w:rPr>
        <w:t xml:space="preserve">- help </w:t>
      </w:r>
      <w:r w:rsidRPr="009D72F7">
        <w:rPr>
          <w:b/>
          <w:bCs/>
          <w:sz w:val="32"/>
          <w:szCs w:val="32"/>
          <w:lang w:val="en-AU"/>
        </w:rPr>
        <w:t>understand speech</w:t>
      </w:r>
      <w:r w:rsidR="008906F8" w:rsidRPr="009D72F7">
        <w:rPr>
          <w:sz w:val="32"/>
          <w:szCs w:val="32"/>
          <w:lang w:val="en-AU"/>
        </w:rPr>
        <w:t xml:space="preserve"> </w:t>
      </w:r>
      <w:r w:rsidR="008906F8" w:rsidRPr="009D72F7">
        <w:rPr>
          <w:rFonts w:ascii="Apple Color Emoji" w:hAnsi="Apple Color Emoji" w:cs="Apple Color Emoji"/>
          <w:sz w:val="32"/>
          <w:szCs w:val="32"/>
          <w:lang w:val="en-AU"/>
        </w:rPr>
        <w:t>👂</w:t>
      </w:r>
      <w:r w:rsidR="00693585" w:rsidRPr="009D72F7">
        <w:rPr>
          <w:lang w:val="en-AU"/>
        </w:rPr>
        <w:t xml:space="preserve"> 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 xml:space="preserve">- help with </w:t>
      </w:r>
      <w:r w:rsidRPr="009D72F7">
        <w:rPr>
          <w:b/>
          <w:bCs/>
          <w:sz w:val="32"/>
          <w:szCs w:val="32"/>
          <w:lang w:val="en-AU"/>
        </w:rPr>
        <w:t>pictures</w:t>
      </w:r>
      <w:r w:rsidRPr="009D72F7">
        <w:rPr>
          <w:sz w:val="32"/>
          <w:szCs w:val="32"/>
          <w:lang w:val="en-AU"/>
        </w:rPr>
        <w:t xml:space="preserve"> or </w:t>
      </w:r>
      <w:r w:rsidRPr="009D72F7">
        <w:rPr>
          <w:b/>
          <w:bCs/>
          <w:sz w:val="32"/>
          <w:szCs w:val="32"/>
          <w:lang w:val="en-AU"/>
        </w:rPr>
        <w:t>images</w:t>
      </w:r>
      <w:r w:rsidR="00D55265" w:rsidRPr="009D72F7">
        <w:rPr>
          <w:sz w:val="32"/>
          <w:szCs w:val="32"/>
          <w:lang w:val="en-AU"/>
        </w:rPr>
        <w:t xml:space="preserve"> </w:t>
      </w:r>
      <w:r w:rsidR="00B36076" w:rsidRPr="009D72F7">
        <w:rPr>
          <w:rFonts w:ascii="Apple Color Emoji" w:hAnsi="Apple Color Emoji" w:cs="Apple Color Emoji"/>
          <w:sz w:val="32"/>
          <w:szCs w:val="32"/>
          <w:lang w:val="en-AU"/>
        </w:rPr>
        <w:t>🖼️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 xml:space="preserve">- help </w:t>
      </w:r>
      <w:r w:rsidRPr="009D72F7">
        <w:rPr>
          <w:b/>
          <w:bCs/>
          <w:sz w:val="32"/>
          <w:szCs w:val="32"/>
          <w:lang w:val="en-AU"/>
        </w:rPr>
        <w:t>answer questions</w:t>
      </w:r>
      <w:r w:rsidR="00B36076" w:rsidRPr="009D72F7">
        <w:rPr>
          <w:sz w:val="32"/>
          <w:szCs w:val="32"/>
          <w:lang w:val="en-AU"/>
        </w:rPr>
        <w:t xml:space="preserve"> </w:t>
      </w:r>
      <w:r w:rsidR="00DA3CF9" w:rsidRPr="009D72F7">
        <w:rPr>
          <w:rFonts w:ascii="Apple Color Emoji" w:hAnsi="Apple Color Emoji" w:cs="Apple Color Emoji"/>
          <w:sz w:val="32"/>
          <w:szCs w:val="32"/>
          <w:lang w:val="en-AU"/>
        </w:rPr>
        <w:t>❓</w:t>
      </w:r>
    </w:p>
    <w:p w14:paraId="2AC5C137" w14:textId="7B83AE03" w:rsidR="00130E2F" w:rsidRPr="009D72F7" w:rsidRDefault="00EA1E33" w:rsidP="00130E2F">
      <w:pPr>
        <w:spacing w:line="48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 xml:space="preserve">Examples </w:t>
      </w:r>
      <w:r w:rsidR="3A565C25" w:rsidRPr="0982B751">
        <w:rPr>
          <w:sz w:val="32"/>
          <w:szCs w:val="32"/>
          <w:lang w:val="en-AU"/>
        </w:rPr>
        <w:t xml:space="preserve">of AI </w:t>
      </w:r>
      <w:r w:rsidRPr="0982B751">
        <w:rPr>
          <w:sz w:val="32"/>
          <w:szCs w:val="32"/>
          <w:lang w:val="en-AU"/>
        </w:rPr>
        <w:t>include: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="1328C779" w:rsidRPr="0982B751">
        <w:rPr>
          <w:b/>
          <w:bCs/>
          <w:sz w:val="32"/>
          <w:szCs w:val="32"/>
          <w:lang w:val="en-AU"/>
        </w:rPr>
        <w:t xml:space="preserve">assistants </w:t>
      </w:r>
      <w:r w:rsidR="1328C779" w:rsidRPr="0982B751">
        <w:rPr>
          <w:sz w:val="32"/>
          <w:szCs w:val="32"/>
          <w:lang w:val="en-AU"/>
        </w:rPr>
        <w:t>on your</w:t>
      </w:r>
      <w:r w:rsidR="1328C779" w:rsidRPr="0982B751">
        <w:rPr>
          <w:b/>
          <w:bCs/>
          <w:sz w:val="32"/>
          <w:szCs w:val="32"/>
          <w:lang w:val="en-AU"/>
        </w:rPr>
        <w:t xml:space="preserve"> phone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apps</w:t>
      </w:r>
      <w:r w:rsidRPr="0982B751">
        <w:rPr>
          <w:sz w:val="32"/>
          <w:szCs w:val="32"/>
          <w:lang w:val="en-AU"/>
        </w:rPr>
        <w:t xml:space="preserve"> that help with </w:t>
      </w:r>
      <w:r w:rsidRPr="0982B751">
        <w:rPr>
          <w:b/>
          <w:bCs/>
          <w:sz w:val="32"/>
          <w:szCs w:val="32"/>
          <w:lang w:val="en-AU"/>
        </w:rPr>
        <w:t xml:space="preserve">writing </w:t>
      </w:r>
      <w:r w:rsidRPr="0982B751">
        <w:rPr>
          <w:sz w:val="32"/>
          <w:szCs w:val="32"/>
          <w:lang w:val="en-AU"/>
        </w:rPr>
        <w:t xml:space="preserve">or </w:t>
      </w:r>
      <w:r w:rsidRPr="0982B751">
        <w:rPr>
          <w:b/>
          <w:bCs/>
          <w:sz w:val="32"/>
          <w:szCs w:val="32"/>
          <w:lang w:val="en-AU"/>
        </w:rPr>
        <w:t>reading</w:t>
      </w:r>
      <w:r>
        <w:br/>
      </w:r>
      <w:r w:rsidRPr="0982B751">
        <w:rPr>
          <w:sz w:val="32"/>
          <w:szCs w:val="32"/>
          <w:lang w:val="en-AU"/>
        </w:rPr>
        <w:lastRenderedPageBreak/>
        <w:t xml:space="preserve">- tools that </w:t>
      </w:r>
      <w:r w:rsidRPr="0982B751">
        <w:rPr>
          <w:b/>
          <w:bCs/>
          <w:sz w:val="32"/>
          <w:szCs w:val="32"/>
          <w:lang w:val="en-AU"/>
        </w:rPr>
        <w:t>explain</w:t>
      </w:r>
      <w:r w:rsidRPr="0982B751">
        <w:rPr>
          <w:sz w:val="32"/>
          <w:szCs w:val="32"/>
          <w:lang w:val="en-AU"/>
        </w:rPr>
        <w:t xml:space="preserve"> things in </w:t>
      </w:r>
      <w:r w:rsidRPr="0982B751">
        <w:rPr>
          <w:b/>
          <w:bCs/>
          <w:sz w:val="32"/>
          <w:szCs w:val="32"/>
          <w:lang w:val="en-AU"/>
        </w:rPr>
        <w:t>simpler words</w:t>
      </w:r>
      <w:r>
        <w:br/>
      </w:r>
      <w:r>
        <w:br/>
      </w:r>
      <w:r w:rsidR="7ECEDB7F" w:rsidRPr="0982B751">
        <w:rPr>
          <w:sz w:val="32"/>
          <w:szCs w:val="32"/>
          <w:lang w:val="en-AU"/>
        </w:rPr>
        <w:t xml:space="preserve">Some People With Aphasia </w:t>
      </w:r>
      <w:r w:rsidR="7ECEDB7F" w:rsidRPr="002A435C">
        <w:rPr>
          <w:b/>
          <w:bCs/>
          <w:sz w:val="32"/>
          <w:szCs w:val="32"/>
          <w:lang w:val="en-AU"/>
        </w:rPr>
        <w:t>already use AI</w:t>
      </w:r>
      <w:r w:rsidR="7ECEDB7F" w:rsidRPr="0982B751">
        <w:rPr>
          <w:sz w:val="32"/>
          <w:szCs w:val="32"/>
          <w:lang w:val="en-AU"/>
        </w:rPr>
        <w:t>.</w:t>
      </w:r>
      <w:r>
        <w:br/>
      </w:r>
      <w:r>
        <w:br/>
      </w:r>
      <w:r w:rsidR="7ECEDB7F" w:rsidRPr="0982B751">
        <w:rPr>
          <w:sz w:val="32"/>
          <w:szCs w:val="32"/>
          <w:lang w:val="en-AU"/>
        </w:rPr>
        <w:t>But researchers do not know:</w:t>
      </w:r>
      <w:r>
        <w:br/>
      </w:r>
      <w:r w:rsidR="7ECEDB7F" w:rsidRPr="0982B751">
        <w:rPr>
          <w:sz w:val="32"/>
          <w:szCs w:val="32"/>
          <w:lang w:val="en-AU"/>
        </w:rPr>
        <w:t xml:space="preserve">- what you are </w:t>
      </w:r>
      <w:r w:rsidR="424E3BFC" w:rsidRPr="002A435C">
        <w:rPr>
          <w:b/>
          <w:bCs/>
          <w:sz w:val="32"/>
          <w:szCs w:val="32"/>
          <w:lang w:val="en-AU"/>
        </w:rPr>
        <w:t xml:space="preserve">already </w:t>
      </w:r>
      <w:r w:rsidR="7ECEDB7F" w:rsidRPr="0982B751">
        <w:rPr>
          <w:b/>
          <w:bCs/>
          <w:sz w:val="32"/>
          <w:szCs w:val="32"/>
          <w:lang w:val="en-AU"/>
        </w:rPr>
        <w:t>using</w:t>
      </w:r>
      <w:r w:rsidR="0006052B" w:rsidRPr="0982B751">
        <w:rPr>
          <w:b/>
          <w:bCs/>
          <w:sz w:val="32"/>
          <w:szCs w:val="32"/>
          <w:lang w:val="en-AU"/>
        </w:rPr>
        <w:t xml:space="preserve"> </w:t>
      </w:r>
      <w:r w:rsidR="00E972A4" w:rsidRPr="0982B751">
        <w:rPr>
          <w:rFonts w:ascii="Apple Color Emoji" w:hAnsi="Apple Color Emoji" w:cs="Apple Color Emoji"/>
          <w:b/>
          <w:bCs/>
          <w:sz w:val="32"/>
          <w:szCs w:val="32"/>
          <w:lang w:val="en-AU"/>
        </w:rPr>
        <w:t>📱</w:t>
      </w:r>
      <w:r>
        <w:br/>
      </w:r>
      <w:r w:rsidR="7ECEDB7F" w:rsidRPr="0982B751">
        <w:rPr>
          <w:sz w:val="32"/>
          <w:szCs w:val="32"/>
          <w:lang w:val="en-AU"/>
        </w:rPr>
        <w:t xml:space="preserve">- what </w:t>
      </w:r>
      <w:r w:rsidR="7ECEDB7F" w:rsidRPr="0982B751">
        <w:rPr>
          <w:b/>
          <w:bCs/>
          <w:sz w:val="32"/>
          <w:szCs w:val="32"/>
          <w:lang w:val="en-AU"/>
        </w:rPr>
        <w:t>helps</w:t>
      </w:r>
      <w:r w:rsidR="00F83EC7" w:rsidRPr="0982B751">
        <w:rPr>
          <w:b/>
          <w:bCs/>
          <w:sz w:val="32"/>
          <w:szCs w:val="32"/>
          <w:lang w:val="en-AU"/>
        </w:rPr>
        <w:t xml:space="preserve"> </w:t>
      </w:r>
      <w:r w:rsidR="00F83EC7" w:rsidRPr="0982B751">
        <w:rPr>
          <w:rFonts w:ascii="Apple Color Emoji" w:hAnsi="Apple Color Emoji" w:cs="Apple Color Emoji"/>
          <w:sz w:val="32"/>
          <w:szCs w:val="32"/>
          <w:lang w:val="en-AU"/>
        </w:rPr>
        <w:t>✔</w:t>
      </w:r>
      <w:r>
        <w:br/>
      </w:r>
      <w:r w:rsidR="7ECEDB7F" w:rsidRPr="0982B751">
        <w:rPr>
          <w:sz w:val="32"/>
          <w:szCs w:val="32"/>
          <w:lang w:val="en-AU"/>
        </w:rPr>
        <w:t xml:space="preserve">- what </w:t>
      </w:r>
      <w:r w:rsidR="7ECEDB7F" w:rsidRPr="0982B751">
        <w:rPr>
          <w:b/>
          <w:bCs/>
          <w:sz w:val="32"/>
          <w:szCs w:val="32"/>
          <w:lang w:val="en-AU"/>
        </w:rPr>
        <w:t>does not help</w:t>
      </w:r>
      <w:r w:rsidR="00F83EC7" w:rsidRPr="0982B751">
        <w:rPr>
          <w:b/>
          <w:bCs/>
          <w:sz w:val="32"/>
          <w:szCs w:val="32"/>
          <w:lang w:val="en-AU"/>
        </w:rPr>
        <w:t xml:space="preserve"> </w:t>
      </w:r>
      <w:r w:rsidR="00F83EC7" w:rsidRPr="0982B751">
        <w:rPr>
          <w:rFonts w:ascii="Apple Color Emoji" w:hAnsi="Apple Color Emoji" w:cs="Apple Color Emoji"/>
          <w:sz w:val="32"/>
          <w:szCs w:val="32"/>
          <w:lang w:val="en-AU"/>
        </w:rPr>
        <w:t>❌</w:t>
      </w:r>
      <w:r>
        <w:br/>
      </w:r>
      <w:r w:rsidR="7ECEDB7F" w:rsidRPr="0982B751">
        <w:rPr>
          <w:sz w:val="32"/>
          <w:szCs w:val="32"/>
          <w:lang w:val="en-AU"/>
        </w:rPr>
        <w:t xml:space="preserve">- what </w:t>
      </w:r>
      <w:r w:rsidR="7ECEDB7F" w:rsidRPr="0982B751">
        <w:rPr>
          <w:b/>
          <w:bCs/>
          <w:sz w:val="32"/>
          <w:szCs w:val="32"/>
          <w:lang w:val="en-AU"/>
        </w:rPr>
        <w:t>you would like</w:t>
      </w:r>
      <w:r w:rsidR="7ECEDB7F" w:rsidRPr="0982B751">
        <w:rPr>
          <w:sz w:val="32"/>
          <w:szCs w:val="32"/>
          <w:lang w:val="en-AU"/>
        </w:rPr>
        <w:t xml:space="preserve"> in the future</w:t>
      </w:r>
      <w:r w:rsidR="00F83EC7" w:rsidRPr="0982B751">
        <w:rPr>
          <w:sz w:val="32"/>
          <w:szCs w:val="32"/>
          <w:lang w:val="en-AU"/>
        </w:rPr>
        <w:t xml:space="preserve"> </w:t>
      </w:r>
      <w:r w:rsidR="00370471" w:rsidRPr="0982B751">
        <w:rPr>
          <w:rFonts w:ascii="Apple Color Emoji" w:hAnsi="Apple Color Emoji" w:cs="Apple Color Emoji"/>
          <w:sz w:val="32"/>
          <w:szCs w:val="32"/>
          <w:lang w:val="en-AU"/>
        </w:rPr>
        <w:t>🔮</w:t>
      </w:r>
      <w:r>
        <w:br/>
      </w:r>
      <w:r w:rsidRPr="0982B751">
        <w:rPr>
          <w:sz w:val="32"/>
          <w:szCs w:val="32"/>
          <w:lang w:val="en-AU"/>
        </w:rPr>
        <w:t xml:space="preserve">You do </w:t>
      </w:r>
      <w:r w:rsidRPr="0982B751">
        <w:rPr>
          <w:b/>
          <w:bCs/>
          <w:sz w:val="32"/>
          <w:szCs w:val="32"/>
          <w:lang w:val="en-AU"/>
        </w:rPr>
        <w:t xml:space="preserve">not </w:t>
      </w:r>
      <w:r w:rsidRPr="0982B751">
        <w:rPr>
          <w:sz w:val="32"/>
          <w:szCs w:val="32"/>
          <w:lang w:val="en-AU"/>
        </w:rPr>
        <w:t xml:space="preserve">need to know about AI to take part. </w:t>
      </w:r>
      <w:r w:rsidR="00130E2F" w:rsidRPr="0982B751">
        <w:rPr>
          <w:sz w:val="32"/>
          <w:szCs w:val="32"/>
          <w:lang w:val="en-AU"/>
        </w:rPr>
        <w:t xml:space="preserve">We just want to know </w:t>
      </w:r>
      <w:r w:rsidR="00130E2F" w:rsidRPr="0982B751">
        <w:rPr>
          <w:b/>
          <w:bCs/>
          <w:sz w:val="32"/>
          <w:szCs w:val="32"/>
          <w:lang w:val="en-AU"/>
        </w:rPr>
        <w:t>what you think</w:t>
      </w:r>
      <w:r w:rsidR="00130E2F" w:rsidRPr="0982B751">
        <w:rPr>
          <w:sz w:val="32"/>
          <w:szCs w:val="32"/>
          <w:lang w:val="en-AU"/>
        </w:rPr>
        <w:t xml:space="preserve"> about AI.</w:t>
      </w:r>
    </w:p>
    <w:p w14:paraId="4903ADD5" w14:textId="59245D3C" w:rsidR="00A5484B" w:rsidRPr="009D72F7" w:rsidDel="00EA1E33" w:rsidRDefault="5CFF89E5" w:rsidP="0982B751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hd w:val="clear" w:color="auto" w:fill="DBE5F1" w:themeFill="accent1" w:themeFillTint="33"/>
        <w:spacing w:line="48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 xml:space="preserve">It’s </w:t>
      </w:r>
      <w:r w:rsidRPr="0982B751">
        <w:rPr>
          <w:b/>
          <w:bCs/>
          <w:sz w:val="32"/>
          <w:szCs w:val="32"/>
          <w:lang w:val="en-AU"/>
        </w:rPr>
        <w:t>important</w:t>
      </w:r>
      <w:r w:rsidRPr="0982B751">
        <w:rPr>
          <w:sz w:val="32"/>
          <w:szCs w:val="32"/>
          <w:lang w:val="en-AU"/>
        </w:rPr>
        <w:t xml:space="preserve"> that </w:t>
      </w:r>
      <w:r w:rsidRPr="0982B751">
        <w:rPr>
          <w:b/>
          <w:bCs/>
          <w:sz w:val="32"/>
          <w:szCs w:val="32"/>
          <w:lang w:val="en-AU"/>
        </w:rPr>
        <w:t>people with aphasia</w:t>
      </w:r>
      <w:r w:rsidRPr="0982B751">
        <w:rPr>
          <w:sz w:val="32"/>
          <w:szCs w:val="32"/>
          <w:lang w:val="en-AU"/>
        </w:rPr>
        <w:t xml:space="preserve"> have a say in </w:t>
      </w:r>
      <w:r w:rsidRPr="0982B751">
        <w:rPr>
          <w:b/>
          <w:bCs/>
          <w:sz w:val="32"/>
          <w:szCs w:val="32"/>
          <w:lang w:val="en-AU"/>
        </w:rPr>
        <w:t>AI</w:t>
      </w:r>
      <w:r w:rsidRPr="0982B751">
        <w:rPr>
          <w:sz w:val="32"/>
          <w:szCs w:val="32"/>
          <w:lang w:val="en-AU"/>
        </w:rPr>
        <w:t>!</w:t>
      </w:r>
    </w:p>
    <w:p w14:paraId="77A38CAD" w14:textId="26A3493D" w:rsidR="00A5484B" w:rsidRPr="009D72F7" w:rsidRDefault="54C40A61" w:rsidP="00522B6B">
      <w:pPr>
        <w:pStyle w:val="Heading2"/>
        <w:spacing w:before="0" w:line="480" w:lineRule="auto"/>
        <w:rPr>
          <w:sz w:val="40"/>
          <w:szCs w:val="40"/>
          <w:lang w:val="en-AU"/>
        </w:rPr>
      </w:pPr>
      <w:r w:rsidRPr="0982B751">
        <w:rPr>
          <w:sz w:val="32"/>
          <w:szCs w:val="32"/>
          <w:lang w:val="en-AU"/>
        </w:rPr>
        <w:lastRenderedPageBreak/>
        <w:t>We want to hear from you.</w:t>
      </w:r>
      <w:r w:rsidR="00BD20B2">
        <w:br/>
      </w:r>
      <w:r w:rsidR="7ECEDB7F" w:rsidRPr="009D72F7">
        <w:rPr>
          <w:lang w:val="en-AU"/>
        </w:rPr>
        <w:t>Why is this study important?</w:t>
      </w:r>
    </w:p>
    <w:p w14:paraId="5858CE38" w14:textId="613D6D91" w:rsidR="00A5484B" w:rsidRPr="009D72F7" w:rsidRDefault="7ECEDB7F">
      <w:pPr>
        <w:spacing w:line="480" w:lineRule="auto"/>
        <w:rPr>
          <w:b/>
          <w:bCs/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>Most research:</w:t>
      </w:r>
      <w:r>
        <w:br/>
      </w:r>
      <w:r w:rsidRPr="0982B751">
        <w:rPr>
          <w:sz w:val="32"/>
          <w:szCs w:val="32"/>
          <w:lang w:val="en-AU"/>
        </w:rPr>
        <w:t xml:space="preserve">- is done </w:t>
      </w:r>
      <w:r w:rsidRPr="0982B751">
        <w:rPr>
          <w:b/>
          <w:bCs/>
          <w:sz w:val="32"/>
          <w:szCs w:val="32"/>
          <w:lang w:val="en-AU"/>
        </w:rPr>
        <w:t xml:space="preserve">about </w:t>
      </w:r>
      <w:r w:rsidRPr="0982B751">
        <w:rPr>
          <w:sz w:val="32"/>
          <w:szCs w:val="32"/>
          <w:lang w:val="en-AU"/>
        </w:rPr>
        <w:t>people with aphasia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="2C0565E0" w:rsidRPr="0982B751">
        <w:rPr>
          <w:sz w:val="32"/>
          <w:szCs w:val="32"/>
          <w:lang w:val="en-AU"/>
        </w:rPr>
        <w:t>i</w:t>
      </w:r>
      <w:r w:rsidR="55DB5232" w:rsidRPr="0982B751">
        <w:rPr>
          <w:sz w:val="32"/>
          <w:szCs w:val="32"/>
          <w:lang w:val="en-AU"/>
        </w:rPr>
        <w:t>s</w:t>
      </w:r>
      <w:r w:rsidR="2C0565E0" w:rsidRPr="0982B751">
        <w:rPr>
          <w:sz w:val="32"/>
          <w:szCs w:val="32"/>
          <w:lang w:val="en-AU"/>
        </w:rPr>
        <w:t xml:space="preserve"> </w:t>
      </w:r>
      <w:r w:rsidRPr="0982B751">
        <w:rPr>
          <w:b/>
          <w:bCs/>
          <w:sz w:val="32"/>
          <w:szCs w:val="32"/>
          <w:lang w:val="en-AU"/>
        </w:rPr>
        <w:t xml:space="preserve">not </w:t>
      </w:r>
      <w:r w:rsidR="58C71547" w:rsidRPr="0982B751">
        <w:rPr>
          <w:sz w:val="32"/>
          <w:szCs w:val="32"/>
          <w:lang w:val="en-AU"/>
        </w:rPr>
        <w:t xml:space="preserve">done </w:t>
      </w:r>
      <w:r w:rsidRPr="0982B751">
        <w:rPr>
          <w:b/>
          <w:bCs/>
          <w:sz w:val="32"/>
          <w:szCs w:val="32"/>
          <w:lang w:val="en-AU"/>
        </w:rPr>
        <w:t xml:space="preserve">with </w:t>
      </w:r>
      <w:r w:rsidRPr="0982B751">
        <w:rPr>
          <w:sz w:val="32"/>
          <w:szCs w:val="32"/>
          <w:lang w:val="en-AU"/>
        </w:rPr>
        <w:t>people with aphasia</w:t>
      </w:r>
      <w:r>
        <w:br/>
      </w:r>
      <w:r>
        <w:br/>
      </w:r>
      <w:r w:rsidRPr="0982B751">
        <w:rPr>
          <w:sz w:val="32"/>
          <w:szCs w:val="32"/>
          <w:lang w:val="en-AU"/>
        </w:rPr>
        <w:t>We want to: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="1FACBB89" w:rsidRPr="0982B751">
        <w:rPr>
          <w:sz w:val="32"/>
          <w:szCs w:val="32"/>
          <w:lang w:val="en-AU"/>
        </w:rPr>
        <w:t xml:space="preserve">hear </w:t>
      </w:r>
      <w:r w:rsidR="1FACBB89" w:rsidRPr="0982B751">
        <w:rPr>
          <w:b/>
          <w:bCs/>
          <w:sz w:val="32"/>
          <w:szCs w:val="32"/>
          <w:lang w:val="en-AU"/>
        </w:rPr>
        <w:t>your voice</w:t>
      </w:r>
      <w:r w:rsidR="00E420B4" w:rsidRPr="0982B751">
        <w:rPr>
          <w:b/>
          <w:bCs/>
          <w:sz w:val="32"/>
          <w:szCs w:val="32"/>
          <w:lang w:val="en-AU"/>
        </w:rPr>
        <w:t xml:space="preserve"> </w:t>
      </w:r>
      <w:r>
        <w:br/>
      </w:r>
      <w:r w:rsidRPr="0982B751">
        <w:rPr>
          <w:sz w:val="32"/>
          <w:szCs w:val="32"/>
          <w:lang w:val="en-AU"/>
        </w:rPr>
        <w:t xml:space="preserve">- learn </w:t>
      </w:r>
      <w:r w:rsidRPr="0982B751">
        <w:rPr>
          <w:b/>
          <w:bCs/>
          <w:sz w:val="32"/>
          <w:szCs w:val="32"/>
          <w:lang w:val="en-AU"/>
        </w:rPr>
        <w:t>what matters to you</w:t>
      </w:r>
      <w:r>
        <w:br/>
      </w:r>
      <w:r w:rsidRPr="0982B751">
        <w:rPr>
          <w:sz w:val="32"/>
          <w:szCs w:val="32"/>
          <w:lang w:val="en-AU"/>
        </w:rPr>
        <w:t xml:space="preserve">- help </w:t>
      </w:r>
      <w:r w:rsidRPr="0982B751">
        <w:rPr>
          <w:b/>
          <w:bCs/>
          <w:sz w:val="32"/>
          <w:szCs w:val="32"/>
          <w:lang w:val="en-AU"/>
        </w:rPr>
        <w:t xml:space="preserve">guide future </w:t>
      </w:r>
      <w:r w:rsidR="2CDB6D38" w:rsidRPr="002A435C">
        <w:rPr>
          <w:b/>
          <w:bCs/>
          <w:sz w:val="32"/>
          <w:szCs w:val="32"/>
          <w:lang w:val="en-AU"/>
        </w:rPr>
        <w:t xml:space="preserve">AI </w:t>
      </w:r>
      <w:r w:rsidRPr="0982B751">
        <w:rPr>
          <w:b/>
          <w:bCs/>
          <w:sz w:val="32"/>
          <w:szCs w:val="32"/>
          <w:lang w:val="en-AU"/>
        </w:rPr>
        <w:t>design</w:t>
      </w:r>
    </w:p>
    <w:p w14:paraId="793EFE8D" w14:textId="0BDC8EAB" w:rsidR="0982B751" w:rsidRDefault="0982B751" w:rsidP="0982B751">
      <w:pPr>
        <w:spacing w:line="480" w:lineRule="auto"/>
        <w:rPr>
          <w:b/>
          <w:bCs/>
          <w:sz w:val="32"/>
          <w:szCs w:val="32"/>
          <w:lang w:val="en-AU"/>
        </w:rPr>
      </w:pPr>
    </w:p>
    <w:p w14:paraId="15A53CAE" w14:textId="399603DF" w:rsidR="0982B751" w:rsidRDefault="0982B751" w:rsidP="0982B751">
      <w:pPr>
        <w:spacing w:line="480" w:lineRule="auto"/>
        <w:rPr>
          <w:b/>
          <w:bCs/>
          <w:sz w:val="32"/>
          <w:szCs w:val="32"/>
          <w:lang w:val="en-AU"/>
        </w:rPr>
      </w:pPr>
    </w:p>
    <w:p w14:paraId="61EC2078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t>Do I have to take part?</w:t>
      </w:r>
    </w:p>
    <w:p w14:paraId="3AA68B8A" w14:textId="0CA14DAA" w:rsidR="00A5484B" w:rsidRPr="009D72F7" w:rsidRDefault="7ECEDB7F" w:rsidP="00522B6B">
      <w:pPr>
        <w:spacing w:line="48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 xml:space="preserve">❌ </w:t>
      </w:r>
      <w:r w:rsidR="3104E818" w:rsidRPr="0982B751">
        <w:rPr>
          <w:sz w:val="32"/>
          <w:szCs w:val="32"/>
          <w:lang w:val="en-AU"/>
        </w:rPr>
        <w:t xml:space="preserve">You </w:t>
      </w:r>
      <w:r w:rsidR="3104E818" w:rsidRPr="0982B751">
        <w:rPr>
          <w:b/>
          <w:bCs/>
          <w:sz w:val="32"/>
          <w:szCs w:val="32"/>
          <w:lang w:val="en-AU"/>
        </w:rPr>
        <w:t>don’t</w:t>
      </w:r>
      <w:r w:rsidR="3104E818" w:rsidRPr="0982B751">
        <w:rPr>
          <w:sz w:val="32"/>
          <w:szCs w:val="32"/>
          <w:lang w:val="en-AU"/>
        </w:rPr>
        <w:t xml:space="preserve"> have to take part</w:t>
      </w:r>
      <w:r w:rsidRPr="0982B751">
        <w:rPr>
          <w:sz w:val="32"/>
          <w:szCs w:val="32"/>
          <w:lang w:val="en-AU"/>
        </w:rPr>
        <w:t>.</w:t>
      </w:r>
      <w:r>
        <w:br/>
      </w:r>
      <w:r w:rsidRPr="0982B751">
        <w:rPr>
          <w:sz w:val="32"/>
          <w:szCs w:val="32"/>
          <w:lang w:val="en-AU"/>
        </w:rPr>
        <w:t xml:space="preserve">✔ Taking part is </w:t>
      </w:r>
      <w:r w:rsidRPr="0982B751">
        <w:rPr>
          <w:b/>
          <w:bCs/>
          <w:sz w:val="32"/>
          <w:szCs w:val="32"/>
          <w:lang w:val="en-AU"/>
        </w:rPr>
        <w:t>your choice</w:t>
      </w:r>
      <w:r w:rsidRPr="0982B751">
        <w:rPr>
          <w:sz w:val="32"/>
          <w:szCs w:val="32"/>
          <w:lang w:val="en-AU"/>
        </w:rPr>
        <w:t>.</w:t>
      </w:r>
      <w:r>
        <w:br/>
      </w:r>
      <w:r>
        <w:br/>
      </w:r>
      <w:r w:rsidRPr="0982B751">
        <w:rPr>
          <w:sz w:val="32"/>
          <w:szCs w:val="32"/>
          <w:lang w:val="en-AU"/>
        </w:rPr>
        <w:lastRenderedPageBreak/>
        <w:t>You can:</w:t>
      </w:r>
      <w:r>
        <w:br/>
      </w:r>
      <w:r w:rsidRPr="0982B751">
        <w:rPr>
          <w:sz w:val="32"/>
          <w:szCs w:val="32"/>
          <w:lang w:val="en-AU"/>
        </w:rPr>
        <w:t xml:space="preserve">- say </w:t>
      </w:r>
      <w:r w:rsidRPr="002A435C">
        <w:rPr>
          <w:b/>
          <w:bCs/>
          <w:color w:val="C00000"/>
          <w:sz w:val="32"/>
          <w:szCs w:val="32"/>
          <w:lang w:val="en-AU"/>
        </w:rPr>
        <w:t>no</w:t>
      </w:r>
      <w:r w:rsidR="7AED4A6C" w:rsidRPr="002A435C">
        <w:rPr>
          <w:b/>
          <w:bCs/>
          <w:color w:val="C00000"/>
          <w:sz w:val="32"/>
          <w:szCs w:val="32"/>
          <w:lang w:val="en-AU"/>
        </w:rPr>
        <w:t xml:space="preserve"> </w:t>
      </w:r>
      <w:r w:rsidR="7AED4A6C" w:rsidRPr="0982B751">
        <w:rPr>
          <w:sz w:val="32"/>
          <w:szCs w:val="32"/>
          <w:lang w:val="en-AU"/>
        </w:rPr>
        <w:t>👎</w:t>
      </w:r>
      <w:r>
        <w:br/>
      </w:r>
      <w:r w:rsidRPr="0982B751">
        <w:rPr>
          <w:sz w:val="32"/>
          <w:szCs w:val="32"/>
          <w:lang w:val="en-AU"/>
        </w:rPr>
        <w:t xml:space="preserve">- say </w:t>
      </w:r>
      <w:r w:rsidRPr="002A435C">
        <w:rPr>
          <w:b/>
          <w:bCs/>
          <w:color w:val="00B050"/>
          <w:sz w:val="32"/>
          <w:szCs w:val="32"/>
          <w:lang w:val="en-AU"/>
        </w:rPr>
        <w:t>yes</w:t>
      </w:r>
      <w:r w:rsidR="64B74739" w:rsidRPr="002A435C">
        <w:rPr>
          <w:b/>
          <w:bCs/>
          <w:color w:val="00B050"/>
          <w:sz w:val="32"/>
          <w:szCs w:val="32"/>
          <w:lang w:val="en-AU"/>
        </w:rPr>
        <w:t xml:space="preserve"> </w:t>
      </w:r>
      <w:r w:rsidR="07EB204A" w:rsidRPr="0982B751">
        <w:rPr>
          <w:sz w:val="32"/>
          <w:szCs w:val="32"/>
          <w:lang w:val="en-AU"/>
        </w:rPr>
        <w:t>👍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="56BA6C8B" w:rsidRPr="002A435C">
        <w:rPr>
          <w:b/>
          <w:bCs/>
          <w:sz w:val="32"/>
          <w:szCs w:val="32"/>
          <w:lang w:val="en-AU"/>
        </w:rPr>
        <w:t>s</w:t>
      </w:r>
      <w:r w:rsidRPr="002A435C">
        <w:rPr>
          <w:b/>
          <w:bCs/>
          <w:sz w:val="32"/>
          <w:szCs w:val="32"/>
          <w:lang w:val="en-AU"/>
        </w:rPr>
        <w:t xml:space="preserve">top </w:t>
      </w:r>
      <w:r w:rsidRPr="0982B751">
        <w:rPr>
          <w:sz w:val="32"/>
          <w:szCs w:val="32"/>
          <w:lang w:val="en-AU"/>
        </w:rPr>
        <w:t>at any time</w:t>
      </w:r>
      <w:r w:rsidR="38F2ECD0" w:rsidRPr="0982B751">
        <w:rPr>
          <w:sz w:val="32"/>
          <w:szCs w:val="32"/>
          <w:lang w:val="en-AU"/>
        </w:rPr>
        <w:t xml:space="preserve"> </w:t>
      </w:r>
      <w:r w:rsidR="2DB36626" w:rsidRPr="0982B751">
        <w:rPr>
          <w:sz w:val="32"/>
          <w:szCs w:val="32"/>
          <w:lang w:val="en-AU"/>
        </w:rPr>
        <w:t>🛑</w:t>
      </w:r>
      <w:r>
        <w:br/>
      </w:r>
      <w:r>
        <w:br/>
      </w:r>
      <w:r w:rsidRPr="0982B751">
        <w:rPr>
          <w:sz w:val="32"/>
          <w:szCs w:val="32"/>
          <w:lang w:val="en-AU"/>
        </w:rPr>
        <w:t xml:space="preserve">Your choice will </w:t>
      </w:r>
      <w:r w:rsidRPr="0982B751">
        <w:rPr>
          <w:b/>
          <w:bCs/>
          <w:sz w:val="32"/>
          <w:szCs w:val="32"/>
          <w:lang w:val="en-AU"/>
        </w:rPr>
        <w:t xml:space="preserve">not </w:t>
      </w:r>
      <w:r w:rsidRPr="0982B751">
        <w:rPr>
          <w:sz w:val="32"/>
          <w:szCs w:val="32"/>
          <w:lang w:val="en-AU"/>
        </w:rPr>
        <w:t>affect:</w:t>
      </w:r>
      <w:r>
        <w:br/>
      </w:r>
      <w:r w:rsidRPr="0982B751">
        <w:rPr>
          <w:sz w:val="32"/>
          <w:szCs w:val="32"/>
          <w:lang w:val="en-AU"/>
        </w:rPr>
        <w:t>- your health care</w:t>
      </w:r>
      <w:r>
        <w:br/>
      </w:r>
      <w:r w:rsidRPr="0982B751">
        <w:rPr>
          <w:sz w:val="32"/>
          <w:szCs w:val="32"/>
          <w:lang w:val="en-AU"/>
        </w:rPr>
        <w:t>- your services</w:t>
      </w:r>
      <w:r>
        <w:br/>
      </w:r>
      <w:r w:rsidRPr="0982B751">
        <w:rPr>
          <w:sz w:val="32"/>
          <w:szCs w:val="32"/>
          <w:lang w:val="en-AU"/>
        </w:rPr>
        <w:t>- your relationship with La Trobe University</w:t>
      </w:r>
    </w:p>
    <w:p w14:paraId="06EA5E1E" w14:textId="69DD1DF7" w:rsidR="00A5484B" w:rsidRPr="009D72F7" w:rsidRDefault="00A5484B" w:rsidP="0982B751">
      <w:pPr>
        <w:pStyle w:val="Heading2"/>
        <w:spacing w:line="480" w:lineRule="auto"/>
        <w:rPr>
          <w:lang w:val="en-AU"/>
        </w:rPr>
      </w:pPr>
    </w:p>
    <w:p w14:paraId="65984603" w14:textId="0BEC76BF" w:rsidR="00A5484B" w:rsidRPr="009D72F7" w:rsidRDefault="7ECEDB7F" w:rsidP="0982B751">
      <w:pPr>
        <w:spacing w:line="480" w:lineRule="auto"/>
      </w:pPr>
      <w:r>
        <w:br w:type="page"/>
      </w:r>
    </w:p>
    <w:p w14:paraId="2243EED9" w14:textId="38D70C39" w:rsidR="00A5484B" w:rsidRPr="009D72F7" w:rsidRDefault="7ECEDB7F" w:rsidP="330FFF8A">
      <w:pPr>
        <w:pStyle w:val="Heading2"/>
        <w:spacing w:line="480" w:lineRule="auto"/>
        <w:rPr>
          <w:sz w:val="40"/>
          <w:szCs w:val="40"/>
          <w:lang w:val="en-AU"/>
        </w:rPr>
      </w:pPr>
      <w:r w:rsidRPr="0982B751">
        <w:rPr>
          <w:lang w:val="en-AU"/>
        </w:rPr>
        <w:lastRenderedPageBreak/>
        <w:t>Am I the right person for this study?</w:t>
      </w:r>
    </w:p>
    <w:p w14:paraId="232EB9C6" w14:textId="0060DBCA" w:rsidR="00A5484B" w:rsidRPr="009D72F7" w:rsidRDefault="7ECEDB7F">
      <w:pPr>
        <w:spacing w:line="48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>You can take part if you:</w:t>
      </w:r>
      <w:r>
        <w:br/>
      </w:r>
      <w:r>
        <w:br/>
      </w:r>
      <w:r w:rsidRPr="0982B751">
        <w:rPr>
          <w:sz w:val="32"/>
          <w:szCs w:val="32"/>
          <w:lang w:val="en-AU"/>
        </w:rPr>
        <w:t xml:space="preserve">✔ have </w:t>
      </w:r>
      <w:r w:rsidRPr="0982B751">
        <w:rPr>
          <w:b/>
          <w:bCs/>
          <w:sz w:val="32"/>
          <w:szCs w:val="32"/>
          <w:lang w:val="en-AU"/>
        </w:rPr>
        <w:t>aphasia</w:t>
      </w:r>
      <w:r w:rsidRPr="0982B751">
        <w:rPr>
          <w:sz w:val="32"/>
          <w:szCs w:val="32"/>
          <w:lang w:val="en-AU"/>
        </w:rPr>
        <w:t xml:space="preserve"> from a stroke</w:t>
      </w:r>
      <w:r>
        <w:br/>
      </w:r>
      <w:r w:rsidRPr="0982B751">
        <w:rPr>
          <w:sz w:val="32"/>
          <w:szCs w:val="32"/>
          <w:lang w:val="en-AU"/>
        </w:rPr>
        <w:t xml:space="preserve">✔ are </w:t>
      </w:r>
      <w:r w:rsidRPr="0982B751">
        <w:rPr>
          <w:b/>
          <w:bCs/>
          <w:sz w:val="32"/>
          <w:szCs w:val="32"/>
          <w:lang w:val="en-AU"/>
        </w:rPr>
        <w:t xml:space="preserve">18 years </w:t>
      </w:r>
      <w:r w:rsidRPr="0982B751">
        <w:rPr>
          <w:sz w:val="32"/>
          <w:szCs w:val="32"/>
          <w:lang w:val="en-AU"/>
        </w:rPr>
        <w:t xml:space="preserve">or </w:t>
      </w:r>
      <w:r w:rsidRPr="0982B751">
        <w:rPr>
          <w:b/>
          <w:bCs/>
          <w:sz w:val="32"/>
          <w:szCs w:val="32"/>
          <w:lang w:val="en-AU"/>
        </w:rPr>
        <w:t>older</w:t>
      </w:r>
      <w:r>
        <w:br/>
      </w:r>
      <w:r w:rsidRPr="0982B751">
        <w:rPr>
          <w:sz w:val="32"/>
          <w:szCs w:val="32"/>
          <w:lang w:val="en-AU"/>
        </w:rPr>
        <w:t xml:space="preserve">✔ can give </w:t>
      </w:r>
      <w:r w:rsidRPr="0982B751">
        <w:rPr>
          <w:b/>
          <w:bCs/>
          <w:sz w:val="32"/>
          <w:szCs w:val="32"/>
          <w:lang w:val="en-AU"/>
        </w:rPr>
        <w:t>consent</w:t>
      </w:r>
      <w:r w:rsidRPr="0982B751">
        <w:rPr>
          <w:sz w:val="32"/>
          <w:szCs w:val="32"/>
          <w:lang w:val="en-AU"/>
        </w:rPr>
        <w:t xml:space="preserve"> </w:t>
      </w:r>
      <w:r>
        <w:br/>
      </w:r>
      <w:r>
        <w:tab/>
      </w:r>
      <w:r w:rsidR="5C16E422" w:rsidRPr="0982B751">
        <w:rPr>
          <w:sz w:val="32"/>
          <w:szCs w:val="32"/>
          <w:lang w:val="en-AU"/>
        </w:rPr>
        <w:t>(</w:t>
      </w:r>
      <w:r w:rsidRPr="0982B751">
        <w:rPr>
          <w:sz w:val="32"/>
          <w:szCs w:val="32"/>
          <w:lang w:val="en-AU"/>
        </w:rPr>
        <w:t xml:space="preserve">with </w:t>
      </w:r>
      <w:r w:rsidR="4AFE1AC6" w:rsidRPr="0982B751">
        <w:rPr>
          <w:sz w:val="32"/>
          <w:szCs w:val="32"/>
          <w:lang w:val="en-AU"/>
        </w:rPr>
        <w:t xml:space="preserve">or without </w:t>
      </w:r>
      <w:r w:rsidRPr="0982B751">
        <w:rPr>
          <w:sz w:val="32"/>
          <w:szCs w:val="32"/>
          <w:lang w:val="en-AU"/>
        </w:rPr>
        <w:t>support</w:t>
      </w:r>
      <w:r w:rsidR="70C57DE3" w:rsidRPr="0982B751">
        <w:rPr>
          <w:sz w:val="32"/>
          <w:szCs w:val="32"/>
          <w:lang w:val="en-AU"/>
        </w:rPr>
        <w:t xml:space="preserve"> of family, friends or a carer</w:t>
      </w:r>
      <w:r w:rsidR="65DCD711" w:rsidRPr="0982B751">
        <w:rPr>
          <w:sz w:val="32"/>
          <w:szCs w:val="32"/>
          <w:lang w:val="en-AU"/>
        </w:rPr>
        <w:t>)</w:t>
      </w:r>
      <w:r>
        <w:br/>
      </w:r>
      <w:r w:rsidRPr="0982B751">
        <w:rPr>
          <w:sz w:val="32"/>
          <w:szCs w:val="32"/>
          <w:lang w:val="en-AU"/>
        </w:rPr>
        <w:t xml:space="preserve">✔ can </w:t>
      </w:r>
      <w:r w:rsidRPr="0982B751">
        <w:rPr>
          <w:b/>
          <w:bCs/>
          <w:sz w:val="32"/>
          <w:szCs w:val="32"/>
          <w:lang w:val="en-AU"/>
        </w:rPr>
        <w:t>hear</w:t>
      </w:r>
      <w:r w:rsidR="12FBD350" w:rsidRPr="0982B751">
        <w:rPr>
          <w:b/>
          <w:bCs/>
          <w:sz w:val="32"/>
          <w:szCs w:val="32"/>
          <w:lang w:val="en-AU"/>
        </w:rPr>
        <w:t xml:space="preserve"> </w:t>
      </w:r>
      <w:r w:rsidRPr="0982B751">
        <w:rPr>
          <w:sz w:val="32"/>
          <w:szCs w:val="32"/>
          <w:lang w:val="en-AU"/>
        </w:rPr>
        <w:t xml:space="preserve">and </w:t>
      </w:r>
      <w:r w:rsidRPr="0982B751">
        <w:rPr>
          <w:b/>
          <w:bCs/>
          <w:sz w:val="32"/>
          <w:szCs w:val="32"/>
          <w:lang w:val="en-AU"/>
        </w:rPr>
        <w:t>see</w:t>
      </w:r>
      <w:r w:rsidRPr="0982B751">
        <w:rPr>
          <w:sz w:val="32"/>
          <w:szCs w:val="32"/>
          <w:lang w:val="en-AU"/>
        </w:rPr>
        <w:t xml:space="preserve"> </w:t>
      </w:r>
      <w:r w:rsidR="6B0F900C" w:rsidRPr="0982B751">
        <w:rPr>
          <w:sz w:val="32"/>
          <w:szCs w:val="32"/>
          <w:lang w:val="en-AU"/>
        </w:rPr>
        <w:t>w</w:t>
      </w:r>
      <w:r w:rsidRPr="0982B751">
        <w:rPr>
          <w:sz w:val="32"/>
          <w:szCs w:val="32"/>
          <w:lang w:val="en-AU"/>
        </w:rPr>
        <w:t>ell enough to take part</w:t>
      </w:r>
      <w:r>
        <w:br/>
      </w:r>
      <w:r>
        <w:br/>
      </w:r>
      <w:r w:rsidRPr="0982B751">
        <w:rPr>
          <w:sz w:val="32"/>
          <w:szCs w:val="32"/>
          <w:lang w:val="en-AU"/>
        </w:rPr>
        <w:t>You cannot take part if you:</w:t>
      </w:r>
      <w:r>
        <w:br/>
      </w:r>
      <w:r w:rsidRPr="0982B751">
        <w:rPr>
          <w:sz w:val="32"/>
          <w:szCs w:val="32"/>
          <w:lang w:val="en-AU"/>
        </w:rPr>
        <w:t>✖ have a</w:t>
      </w:r>
      <w:r w:rsidR="1B5F5121" w:rsidRPr="0982B751">
        <w:rPr>
          <w:sz w:val="32"/>
          <w:szCs w:val="32"/>
          <w:lang w:val="en-AU"/>
        </w:rPr>
        <w:t xml:space="preserve"> </w:t>
      </w:r>
      <w:r w:rsidR="1B5F5121" w:rsidRPr="0982B751">
        <w:rPr>
          <w:b/>
          <w:bCs/>
          <w:sz w:val="32"/>
          <w:szCs w:val="32"/>
          <w:lang w:val="en-AU"/>
        </w:rPr>
        <w:t xml:space="preserve">different </w:t>
      </w:r>
      <w:r w:rsidRPr="0982B751">
        <w:rPr>
          <w:b/>
          <w:bCs/>
          <w:sz w:val="32"/>
          <w:szCs w:val="32"/>
          <w:lang w:val="en-AU"/>
        </w:rPr>
        <w:t xml:space="preserve">neurological condition </w:t>
      </w:r>
      <w:r w:rsidRPr="0982B751">
        <w:rPr>
          <w:sz w:val="32"/>
          <w:szCs w:val="32"/>
          <w:lang w:val="en-AU"/>
        </w:rPr>
        <w:t xml:space="preserve">not related to </w:t>
      </w:r>
      <w:r w:rsidRPr="0982B751">
        <w:rPr>
          <w:b/>
          <w:bCs/>
          <w:sz w:val="32"/>
          <w:szCs w:val="32"/>
          <w:lang w:val="en-AU"/>
        </w:rPr>
        <w:t>stroke</w:t>
      </w:r>
    </w:p>
    <w:p w14:paraId="69F40EEC" w14:textId="35AFA2EC" w:rsidR="34F3437A" w:rsidRDefault="34F3437A" w:rsidP="0982B751">
      <w:pPr>
        <w:spacing w:line="480" w:lineRule="auto"/>
        <w:rPr>
          <w:sz w:val="32"/>
          <w:szCs w:val="32"/>
          <w:lang w:val="en-AU"/>
        </w:rPr>
      </w:pPr>
      <w:r w:rsidRPr="0982B751">
        <w:rPr>
          <w:sz w:val="32"/>
          <w:szCs w:val="32"/>
          <w:lang w:val="en-AU"/>
        </w:rPr>
        <w:t>✖ Don’t speak English or can’t give consent</w:t>
      </w:r>
    </w:p>
    <w:p w14:paraId="1E136939" w14:textId="4D530BF5" w:rsidR="0982B751" w:rsidRDefault="0982B751" w:rsidP="0982B751">
      <w:pPr>
        <w:spacing w:line="480" w:lineRule="auto"/>
        <w:rPr>
          <w:sz w:val="32"/>
          <w:szCs w:val="32"/>
          <w:lang w:val="en-AU"/>
        </w:rPr>
      </w:pPr>
    </w:p>
    <w:p w14:paraId="17ED891B" w14:textId="53476BB6" w:rsidR="00A5484B" w:rsidRPr="009D72F7" w:rsidRDefault="00A5484B" w:rsidP="0982B751">
      <w:pPr>
        <w:pStyle w:val="Heading2"/>
        <w:rPr>
          <w:lang w:val="en-AU"/>
        </w:rPr>
      </w:pPr>
    </w:p>
    <w:p w14:paraId="35C589FC" w14:textId="7A33975C" w:rsidR="00A5484B" w:rsidRPr="009D72F7" w:rsidRDefault="7ECEDB7F" w:rsidP="0982B751">
      <w:r>
        <w:br w:type="page"/>
      </w:r>
    </w:p>
    <w:p w14:paraId="5299AA95" w14:textId="69BBB4B0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982B751">
        <w:rPr>
          <w:lang w:val="en-AU"/>
        </w:rPr>
        <w:lastRenderedPageBreak/>
        <w:t>What will I need to do?</w:t>
      </w:r>
    </w:p>
    <w:p w14:paraId="6C32052C" w14:textId="1EDC75F4" w:rsidR="00A5484B" w:rsidRPr="009D72F7" w:rsidRDefault="00A5484B" w:rsidP="330FFF8A">
      <w:pPr>
        <w:rPr>
          <w:sz w:val="32"/>
          <w:szCs w:val="32"/>
          <w:lang w:val="en-AU"/>
        </w:rPr>
      </w:pPr>
    </w:p>
    <w:p w14:paraId="7EB5E2BC" w14:textId="33430F2E" w:rsidR="3274150E" w:rsidRPr="002A435C" w:rsidRDefault="3274150E" w:rsidP="0982B751">
      <w:pPr>
        <w:rPr>
          <w:sz w:val="32"/>
          <w:szCs w:val="32"/>
          <w:lang w:val="en-AU"/>
        </w:rPr>
      </w:pPr>
      <w:r w:rsidRPr="002A435C">
        <w:rPr>
          <w:sz w:val="32"/>
          <w:szCs w:val="32"/>
          <w:lang w:val="en-AU"/>
        </w:rPr>
        <w:t xml:space="preserve">There are </w:t>
      </w:r>
      <w:r w:rsidRPr="002A435C">
        <w:rPr>
          <w:b/>
          <w:bCs/>
          <w:sz w:val="32"/>
          <w:szCs w:val="32"/>
          <w:lang w:val="en-AU"/>
        </w:rPr>
        <w:t>two parts</w:t>
      </w:r>
      <w:r w:rsidRPr="002A435C">
        <w:rPr>
          <w:sz w:val="32"/>
          <w:szCs w:val="32"/>
          <w:lang w:val="en-AU"/>
        </w:rPr>
        <w:t xml:space="preserve"> to this research.</w:t>
      </w:r>
    </w:p>
    <w:p w14:paraId="14FE79A3" w14:textId="0AA5D382" w:rsidR="00664335" w:rsidRPr="009D72F7" w:rsidRDefault="7ECEDB7F" w:rsidP="330FFF8A">
      <w:pPr>
        <w:rPr>
          <w:sz w:val="36"/>
          <w:szCs w:val="36"/>
          <w:lang w:val="en-AU"/>
        </w:rPr>
      </w:pPr>
      <w:r w:rsidRPr="0982B751">
        <w:rPr>
          <w:sz w:val="32"/>
          <w:szCs w:val="32"/>
          <w:u w:val="single"/>
          <w:lang w:val="en-AU"/>
        </w:rPr>
        <w:t>1. Screening</w:t>
      </w:r>
      <w:r>
        <w:br/>
      </w:r>
      <w:r>
        <w:br/>
      </w:r>
      <w:r w:rsidRPr="0982B751">
        <w:rPr>
          <w:sz w:val="32"/>
          <w:szCs w:val="32"/>
          <w:lang w:val="en-AU"/>
        </w:rPr>
        <w:t xml:space="preserve">A </w:t>
      </w:r>
      <w:r w:rsidRPr="0982B751">
        <w:rPr>
          <w:b/>
          <w:bCs/>
          <w:sz w:val="32"/>
          <w:szCs w:val="32"/>
          <w:lang w:val="en-AU"/>
        </w:rPr>
        <w:t xml:space="preserve">short </w:t>
      </w:r>
      <w:r w:rsidR="15101BFE" w:rsidRPr="0982B751">
        <w:rPr>
          <w:b/>
          <w:bCs/>
          <w:sz w:val="32"/>
          <w:szCs w:val="32"/>
          <w:lang w:val="en-AU"/>
        </w:rPr>
        <w:t xml:space="preserve">conversation </w:t>
      </w:r>
      <w:r w:rsidR="369470D0" w:rsidRPr="0982B751">
        <w:rPr>
          <w:sz w:val="32"/>
          <w:szCs w:val="32"/>
          <w:lang w:val="en-AU"/>
        </w:rPr>
        <w:t>to make sure you are a suitable fit.</w:t>
      </w:r>
    </w:p>
    <w:p w14:paraId="6055E8DE" w14:textId="1B2F1721" w:rsidR="00BD3A3D" w:rsidRPr="002A435C" w:rsidRDefault="193A29FE" w:rsidP="002A435C">
      <w:pPr>
        <w:pStyle w:val="p1"/>
        <w:rPr>
          <w:rFonts w:ascii="Arial" w:eastAsia="Arial" w:hAnsi="Arial" w:cs="Arial"/>
          <w:sz w:val="32"/>
          <w:szCs w:val="32"/>
        </w:rPr>
      </w:pPr>
      <w:r w:rsidRPr="002A435C">
        <w:rPr>
          <w:rFonts w:ascii="Arial" w:eastAsia="Arial" w:hAnsi="Arial" w:cs="Arial"/>
          <w:sz w:val="32"/>
          <w:szCs w:val="32"/>
        </w:rPr>
        <w:t xml:space="preserve">This will be by </w:t>
      </w:r>
      <w:r w:rsidR="6EE9681E" w:rsidRPr="002A435C">
        <w:rPr>
          <w:rFonts w:ascii="Arial" w:eastAsia="Arial" w:hAnsi="Arial" w:cs="Arial"/>
          <w:b/>
          <w:bCs/>
          <w:sz w:val="32"/>
          <w:szCs w:val="32"/>
        </w:rPr>
        <w:t>phone</w:t>
      </w:r>
      <w:r w:rsidR="2215ED45" w:rsidRPr="002A435C">
        <w:rPr>
          <w:rFonts w:ascii="Arial" w:eastAsia="Arial" w:hAnsi="Arial" w:cs="Arial"/>
          <w:sz w:val="32"/>
          <w:szCs w:val="32"/>
        </w:rPr>
        <w:t>,</w:t>
      </w:r>
      <w:r w:rsidR="6EE9681E" w:rsidRPr="002A435C">
        <w:rPr>
          <w:rFonts w:ascii="Arial" w:eastAsia="Arial" w:hAnsi="Arial" w:cs="Arial"/>
          <w:sz w:val="32"/>
          <w:szCs w:val="32"/>
        </w:rPr>
        <w:t xml:space="preserve"> </w:t>
      </w:r>
      <w:r w:rsidR="008F3AAA" w:rsidRPr="002A435C">
        <w:rPr>
          <w:rFonts w:ascii="Arial" w:eastAsia="Arial" w:hAnsi="Arial" w:cs="Arial"/>
          <w:b/>
          <w:bCs/>
          <w:sz w:val="32"/>
          <w:szCs w:val="32"/>
        </w:rPr>
        <w:t xml:space="preserve">suitable video call platform </w:t>
      </w:r>
      <w:r w:rsidR="6636297D" w:rsidRPr="002A435C">
        <w:rPr>
          <w:rFonts w:ascii="Arial" w:eastAsia="Arial" w:hAnsi="Arial" w:cs="Arial"/>
          <w:sz w:val="32"/>
          <w:szCs w:val="32"/>
        </w:rPr>
        <w:t xml:space="preserve">or </w:t>
      </w:r>
      <w:r w:rsidR="6636297D" w:rsidRPr="002A435C">
        <w:rPr>
          <w:rFonts w:ascii="Arial" w:eastAsia="Arial" w:hAnsi="Arial" w:cs="Arial"/>
          <w:b/>
          <w:bCs/>
          <w:sz w:val="32"/>
          <w:szCs w:val="32"/>
        </w:rPr>
        <w:t>email</w:t>
      </w:r>
      <w:r w:rsidR="6636297D" w:rsidRPr="002A435C">
        <w:rPr>
          <w:rFonts w:ascii="Arial" w:eastAsia="Arial" w:hAnsi="Arial" w:cs="Arial"/>
          <w:sz w:val="32"/>
          <w:szCs w:val="32"/>
        </w:rPr>
        <w:t>.</w:t>
      </w:r>
    </w:p>
    <w:p w14:paraId="2798F4C8" w14:textId="4C2F8291" w:rsidR="2C301EB6" w:rsidRPr="002A435C" w:rsidRDefault="2C301EB6">
      <w:pPr>
        <w:pStyle w:val="p1"/>
        <w:rPr>
          <w:rFonts w:ascii="Arial" w:eastAsia="Arial" w:hAnsi="Arial" w:cs="Arial"/>
          <w:sz w:val="32"/>
          <w:szCs w:val="32"/>
        </w:rPr>
      </w:pPr>
      <w:r w:rsidRPr="0982B751">
        <w:rPr>
          <w:rFonts w:ascii="Arial" w:eastAsia="Arial" w:hAnsi="Arial" w:cs="Arial"/>
          <w:sz w:val="32"/>
          <w:szCs w:val="32"/>
        </w:rPr>
        <w:t xml:space="preserve">If you are suitable, you will </w:t>
      </w:r>
      <w:r w:rsidRPr="002A435C">
        <w:rPr>
          <w:rFonts w:ascii="Arial" w:eastAsia="Arial" w:hAnsi="Arial" w:cs="Arial"/>
          <w:b/>
          <w:bCs/>
          <w:sz w:val="32"/>
          <w:szCs w:val="32"/>
        </w:rPr>
        <w:t xml:space="preserve">sign </w:t>
      </w:r>
      <w:r w:rsidRPr="0982B751">
        <w:rPr>
          <w:rFonts w:ascii="Arial" w:eastAsia="Arial" w:hAnsi="Arial" w:cs="Arial"/>
          <w:b/>
          <w:bCs/>
          <w:sz w:val="32"/>
          <w:szCs w:val="32"/>
        </w:rPr>
        <w:t xml:space="preserve">or agree to </w:t>
      </w:r>
      <w:r w:rsidRPr="0982B751">
        <w:rPr>
          <w:rFonts w:ascii="Arial" w:eastAsia="Arial" w:hAnsi="Arial" w:cs="Arial"/>
          <w:sz w:val="32"/>
          <w:szCs w:val="32"/>
        </w:rPr>
        <w:t>the consent form.</w:t>
      </w:r>
    </w:p>
    <w:p w14:paraId="3FF8D99B" w14:textId="5303F3DE" w:rsidR="00A5484B" w:rsidRPr="00AB5487" w:rsidRDefault="369470D0" w:rsidP="002A435C">
      <w:pPr>
        <w:pStyle w:val="p1"/>
        <w:spacing w:line="360" w:lineRule="auto"/>
        <w:rPr>
          <w:sz w:val="32"/>
          <w:szCs w:val="32"/>
        </w:rPr>
      </w:pPr>
      <w:r>
        <w:br/>
      </w:r>
      <w:r w:rsidR="23C0341C" w:rsidRPr="0982B751">
        <w:rPr>
          <w:rFonts w:ascii="Arial Nova" w:hAnsi="Arial Nova"/>
          <w:sz w:val="32"/>
          <w:szCs w:val="32"/>
          <w:u w:val="single"/>
        </w:rPr>
        <w:t xml:space="preserve">2. </w:t>
      </w:r>
      <w:r w:rsidR="007A7B01" w:rsidRPr="0982B751">
        <w:rPr>
          <w:rFonts w:ascii="Arial Nova" w:hAnsi="Arial Nova"/>
          <w:sz w:val="32"/>
          <w:szCs w:val="32"/>
          <w:u w:val="single"/>
        </w:rPr>
        <w:t xml:space="preserve">Online </w:t>
      </w:r>
      <w:r w:rsidR="23C0341C" w:rsidRPr="0982B751">
        <w:rPr>
          <w:rFonts w:ascii="Arial Nova" w:hAnsi="Arial Nova"/>
          <w:sz w:val="32"/>
          <w:szCs w:val="32"/>
          <w:u w:val="single"/>
        </w:rPr>
        <w:t>Interview</w:t>
      </w:r>
      <w:r>
        <w:br/>
      </w:r>
      <w:r w:rsidR="4F3C024D" w:rsidRPr="0982B751">
        <w:rPr>
          <w:rFonts w:ascii="Arial Nova" w:hAnsi="Arial Nova"/>
          <w:sz w:val="32"/>
          <w:szCs w:val="32"/>
        </w:rPr>
        <w:t xml:space="preserve">You will be </w:t>
      </w:r>
      <w:r w:rsidR="4F3C024D" w:rsidRPr="002A435C">
        <w:rPr>
          <w:rFonts w:ascii="Arial Nova" w:hAnsi="Arial Nova"/>
          <w:b/>
          <w:bCs/>
          <w:sz w:val="32"/>
          <w:szCs w:val="32"/>
        </w:rPr>
        <w:t xml:space="preserve">interviewed </w:t>
      </w:r>
      <w:r w:rsidR="4F3C024D" w:rsidRPr="0982B751">
        <w:rPr>
          <w:rFonts w:ascii="Arial Nova" w:hAnsi="Arial Nova"/>
          <w:sz w:val="32"/>
          <w:szCs w:val="32"/>
        </w:rPr>
        <w:t>by a researc</w:t>
      </w:r>
      <w:r w:rsidR="4F3C024D" w:rsidRPr="002A435C">
        <w:rPr>
          <w:rFonts w:asciiTheme="minorHAnsi" w:eastAsiaTheme="minorEastAsia" w:hAnsiTheme="minorHAnsi" w:cstheme="minorBidi"/>
          <w:sz w:val="32"/>
          <w:szCs w:val="32"/>
        </w:rPr>
        <w:t>her</w:t>
      </w:r>
      <w:r w:rsidR="285A94B6" w:rsidRPr="002A435C">
        <w:rPr>
          <w:rFonts w:asciiTheme="minorHAnsi" w:eastAsiaTheme="minorEastAsia" w:hAnsiTheme="minorHAnsi" w:cstheme="minorBidi"/>
          <w:sz w:val="32"/>
          <w:szCs w:val="32"/>
        </w:rPr>
        <w:t xml:space="preserve"> </w:t>
      </w:r>
      <w:r w:rsidR="10D0662E" w:rsidRPr="002A435C">
        <w:rPr>
          <w:rFonts w:asciiTheme="minorHAnsi" w:eastAsiaTheme="minorEastAsia" w:hAnsiTheme="minorHAnsi" w:cstheme="minorBidi"/>
          <w:sz w:val="32"/>
          <w:szCs w:val="32"/>
        </w:rPr>
        <w:t xml:space="preserve">on a </w:t>
      </w:r>
      <w:r w:rsidR="10D0662E" w:rsidRPr="002A435C">
        <w:rPr>
          <w:rFonts w:asciiTheme="minorHAnsi" w:eastAsiaTheme="minorEastAsia" w:hAnsiTheme="minorHAnsi" w:cstheme="minorBidi"/>
          <w:b/>
          <w:bCs/>
          <w:sz w:val="32"/>
          <w:szCs w:val="32"/>
        </w:rPr>
        <w:t>video call platform</w:t>
      </w:r>
      <w:r w:rsidR="285A94B6" w:rsidRPr="002A435C">
        <w:rPr>
          <w:rFonts w:asciiTheme="minorHAnsi" w:eastAsiaTheme="minorEastAsia" w:hAnsiTheme="minorHAnsi" w:cstheme="minorBidi"/>
          <w:sz w:val="32"/>
          <w:szCs w:val="32"/>
        </w:rPr>
        <w:t>.</w:t>
      </w:r>
    </w:p>
    <w:p w14:paraId="490A113E" w14:textId="5C9B26BE" w:rsidR="00A5484B" w:rsidRPr="002A435C" w:rsidRDefault="3965BA96" w:rsidP="002A435C">
      <w:pPr>
        <w:pStyle w:val="p1"/>
        <w:spacing w:line="360" w:lineRule="auto"/>
      </w:pPr>
      <w:r>
        <w:rPr>
          <w:noProof/>
        </w:rPr>
        <w:drawing>
          <wp:inline distT="0" distB="0" distL="0" distR="0" wp14:anchorId="2CDAFC03" wp14:editId="00695110">
            <wp:extent cx="2733690" cy="2676595"/>
            <wp:effectExtent l="0" t="0" r="0" b="0"/>
            <wp:docPr id="11596707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70763" name="Picture 115967076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409" r="25260" b="11805"/>
                    <a:stretch>
                      <a:fillRect/>
                    </a:stretch>
                  </pic:blipFill>
                  <pic:spPr>
                    <a:xfrm>
                      <a:off x="0" y="0"/>
                      <a:ext cx="2733690" cy="26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9131" w14:textId="1A32669A" w:rsidR="00A5484B" w:rsidRPr="00AB5487" w:rsidRDefault="75160F40">
      <w:pPr>
        <w:pStyle w:val="p1"/>
        <w:spacing w:line="360" w:lineRule="auto"/>
        <w:rPr>
          <w:rFonts w:ascii="Arial Nova" w:hAnsi="Arial Nova"/>
          <w:sz w:val="32"/>
          <w:szCs w:val="32"/>
        </w:rPr>
      </w:pPr>
      <w:r w:rsidRPr="0982B751">
        <w:rPr>
          <w:rFonts w:ascii="Arial Nova" w:hAnsi="Arial Nova"/>
          <w:sz w:val="32"/>
          <w:szCs w:val="32"/>
        </w:rPr>
        <w:lastRenderedPageBreak/>
        <w:t xml:space="preserve">The researcher </w:t>
      </w:r>
      <w:r w:rsidR="75FF95F5" w:rsidRPr="0982B751">
        <w:rPr>
          <w:rFonts w:ascii="Arial Nova" w:hAnsi="Arial Nova"/>
          <w:sz w:val="32"/>
          <w:szCs w:val="32"/>
        </w:rPr>
        <w:t xml:space="preserve">(Matthew) </w:t>
      </w:r>
      <w:r w:rsidR="4531D984" w:rsidRPr="0982B751">
        <w:rPr>
          <w:rFonts w:ascii="Arial Nova" w:hAnsi="Arial Nova"/>
          <w:sz w:val="32"/>
          <w:szCs w:val="32"/>
        </w:rPr>
        <w:t xml:space="preserve">is a </w:t>
      </w:r>
      <w:r w:rsidR="4531D984" w:rsidRPr="0982B751">
        <w:rPr>
          <w:rFonts w:ascii="Arial Nova" w:hAnsi="Arial Nova"/>
          <w:b/>
          <w:bCs/>
          <w:sz w:val="32"/>
          <w:szCs w:val="32"/>
        </w:rPr>
        <w:t>stroke survivor</w:t>
      </w:r>
      <w:r w:rsidR="1057BE0C" w:rsidRPr="0982B751">
        <w:rPr>
          <w:rFonts w:ascii="Arial Nova" w:hAnsi="Arial Nova"/>
          <w:sz w:val="32"/>
          <w:szCs w:val="32"/>
        </w:rPr>
        <w:t xml:space="preserve"> </w:t>
      </w:r>
      <w:r w:rsidR="1BCEB8EB" w:rsidRPr="0982B751">
        <w:rPr>
          <w:rFonts w:ascii="Arial Nova" w:hAnsi="Arial Nova"/>
          <w:sz w:val="32"/>
          <w:szCs w:val="32"/>
        </w:rPr>
        <w:t xml:space="preserve">and </w:t>
      </w:r>
      <w:r w:rsidR="3340170F" w:rsidRPr="0982B751">
        <w:rPr>
          <w:rFonts w:ascii="Arial Nova" w:hAnsi="Arial Nova"/>
          <w:sz w:val="32"/>
          <w:szCs w:val="32"/>
        </w:rPr>
        <w:t xml:space="preserve">who works with </w:t>
      </w:r>
      <w:r w:rsidR="3340170F" w:rsidRPr="0982B751">
        <w:rPr>
          <w:rFonts w:ascii="Arial Nova" w:hAnsi="Arial Nova"/>
          <w:b/>
          <w:bCs/>
          <w:sz w:val="32"/>
          <w:szCs w:val="32"/>
        </w:rPr>
        <w:t>computers</w:t>
      </w:r>
      <w:r w:rsidR="6E986A80" w:rsidRPr="0982B751">
        <w:rPr>
          <w:rFonts w:ascii="Arial Nova" w:hAnsi="Arial Nova"/>
          <w:sz w:val="32"/>
          <w:szCs w:val="32"/>
        </w:rPr>
        <w:t>.</w:t>
      </w:r>
      <w:r w:rsidR="369470D0">
        <w:br/>
      </w:r>
      <w:r w:rsidR="369470D0">
        <w:br/>
      </w:r>
      <w:r w:rsidR="0FA7C0DA" w:rsidRPr="002A435C">
        <w:rPr>
          <w:rFonts w:asciiTheme="minorHAnsi" w:eastAsiaTheme="minorEastAsia" w:hAnsiTheme="minorHAnsi" w:cstheme="minorBidi"/>
          <w:sz w:val="32"/>
          <w:szCs w:val="32"/>
        </w:rPr>
        <w:t xml:space="preserve">If you need, </w:t>
      </w:r>
      <w:r w:rsidR="56D3F675" w:rsidRPr="002A435C">
        <w:rPr>
          <w:rFonts w:asciiTheme="minorHAnsi" w:eastAsiaTheme="minorEastAsia" w:hAnsiTheme="minorHAnsi" w:cstheme="minorBidi"/>
          <w:sz w:val="32"/>
          <w:szCs w:val="32"/>
        </w:rPr>
        <w:t>t</w:t>
      </w:r>
      <w:r w:rsidR="23C0341C" w:rsidRPr="002A435C">
        <w:rPr>
          <w:rFonts w:asciiTheme="minorHAnsi" w:eastAsiaTheme="minorEastAsia" w:hAnsiTheme="minorHAnsi" w:cstheme="minorBidi"/>
          <w:sz w:val="32"/>
          <w:szCs w:val="32"/>
        </w:rPr>
        <w:t xml:space="preserve">he </w:t>
      </w:r>
      <w:r w:rsidR="23C0341C" w:rsidRPr="0982B751">
        <w:rPr>
          <w:rFonts w:ascii="Arial Nova" w:hAnsi="Arial Nova"/>
          <w:sz w:val="32"/>
          <w:szCs w:val="32"/>
        </w:rPr>
        <w:t xml:space="preserve">interviewer </w:t>
      </w:r>
      <w:r w:rsidR="7FB65BF8" w:rsidRPr="0982B751">
        <w:rPr>
          <w:rFonts w:ascii="Arial Nova" w:hAnsi="Arial Nova"/>
          <w:sz w:val="32"/>
          <w:szCs w:val="32"/>
        </w:rPr>
        <w:t>can</w:t>
      </w:r>
      <w:r w:rsidR="23C0341C" w:rsidRPr="0982B751">
        <w:rPr>
          <w:rFonts w:ascii="Arial Nova" w:hAnsi="Arial Nova"/>
          <w:sz w:val="32"/>
          <w:szCs w:val="32"/>
        </w:rPr>
        <w:t>:</w:t>
      </w:r>
      <w:r w:rsidR="369470D0">
        <w:br/>
      </w:r>
      <w:r w:rsidR="23C0341C" w:rsidRPr="0982B751">
        <w:rPr>
          <w:rFonts w:ascii="Arial Nova" w:hAnsi="Arial Nova"/>
          <w:sz w:val="32"/>
          <w:szCs w:val="32"/>
        </w:rPr>
        <w:t xml:space="preserve">- use </w:t>
      </w:r>
      <w:r w:rsidR="23C0341C" w:rsidRPr="0982B751">
        <w:rPr>
          <w:rFonts w:ascii="Arial Nova" w:hAnsi="Arial Nova"/>
          <w:b/>
          <w:bCs/>
          <w:sz w:val="32"/>
          <w:szCs w:val="32"/>
        </w:rPr>
        <w:t>short sentences</w:t>
      </w:r>
      <w:r w:rsidR="369470D0">
        <w:br/>
      </w:r>
      <w:r w:rsidR="23C0341C" w:rsidRPr="0982B751">
        <w:rPr>
          <w:rFonts w:ascii="Arial Nova" w:hAnsi="Arial Nova"/>
          <w:sz w:val="32"/>
          <w:szCs w:val="32"/>
        </w:rPr>
        <w:t xml:space="preserve">- go </w:t>
      </w:r>
      <w:r w:rsidR="23C0341C" w:rsidRPr="0982B751">
        <w:rPr>
          <w:rFonts w:ascii="Arial Nova" w:hAnsi="Arial Nova"/>
          <w:b/>
          <w:bCs/>
          <w:sz w:val="32"/>
          <w:szCs w:val="32"/>
        </w:rPr>
        <w:t>slowly</w:t>
      </w:r>
      <w:r w:rsidR="369470D0">
        <w:br/>
      </w:r>
      <w:r w:rsidR="23C0341C" w:rsidRPr="0982B751">
        <w:rPr>
          <w:rFonts w:ascii="Arial Nova" w:hAnsi="Arial Nova"/>
          <w:sz w:val="32"/>
          <w:szCs w:val="32"/>
        </w:rPr>
        <w:t xml:space="preserve">- use </w:t>
      </w:r>
      <w:r w:rsidR="23C0341C" w:rsidRPr="0982B751">
        <w:rPr>
          <w:rFonts w:ascii="Arial Nova" w:hAnsi="Arial Nova"/>
          <w:b/>
          <w:bCs/>
          <w:sz w:val="32"/>
          <w:szCs w:val="32"/>
        </w:rPr>
        <w:t xml:space="preserve">pictures </w:t>
      </w:r>
      <w:r w:rsidR="23C0341C" w:rsidRPr="0982B751">
        <w:rPr>
          <w:rFonts w:ascii="Arial Nova" w:hAnsi="Arial Nova"/>
          <w:sz w:val="32"/>
          <w:szCs w:val="32"/>
        </w:rPr>
        <w:t xml:space="preserve">or </w:t>
      </w:r>
      <w:r w:rsidR="23C0341C" w:rsidRPr="0982B751">
        <w:rPr>
          <w:rFonts w:ascii="Arial Nova" w:hAnsi="Arial Nova"/>
          <w:b/>
          <w:bCs/>
          <w:sz w:val="32"/>
          <w:szCs w:val="32"/>
        </w:rPr>
        <w:t>examples</w:t>
      </w:r>
      <w:r w:rsidR="369470D0">
        <w:br/>
      </w:r>
      <w:r w:rsidR="369470D0">
        <w:br/>
      </w:r>
      <w:r w:rsidR="23C0341C" w:rsidRPr="0982B751">
        <w:rPr>
          <w:rFonts w:ascii="Arial Nova" w:hAnsi="Arial Nova"/>
          <w:sz w:val="32"/>
          <w:szCs w:val="32"/>
        </w:rPr>
        <w:t>You can answer:</w:t>
      </w:r>
      <w:r w:rsidR="369470D0">
        <w:br/>
      </w:r>
      <w:r w:rsidR="23C0341C" w:rsidRPr="0982B751">
        <w:rPr>
          <w:rFonts w:ascii="Arial Nova" w:hAnsi="Arial Nova"/>
          <w:sz w:val="32"/>
          <w:szCs w:val="32"/>
        </w:rPr>
        <w:t xml:space="preserve">- by </w:t>
      </w:r>
      <w:r w:rsidR="23C0341C" w:rsidRPr="0982B751">
        <w:rPr>
          <w:rFonts w:ascii="Arial Nova" w:hAnsi="Arial Nova"/>
          <w:b/>
          <w:bCs/>
          <w:sz w:val="32"/>
          <w:szCs w:val="32"/>
        </w:rPr>
        <w:t>talking</w:t>
      </w:r>
      <w:r w:rsidR="680A3964" w:rsidRPr="0982B751">
        <w:rPr>
          <w:rFonts w:ascii="Arial Nova" w:hAnsi="Arial Nova"/>
          <w:b/>
          <w:bCs/>
          <w:sz w:val="32"/>
          <w:szCs w:val="32"/>
        </w:rPr>
        <w:t xml:space="preserve"> </w:t>
      </w:r>
      <w:r w:rsidR="680A3964" w:rsidRPr="0982B751">
        <w:rPr>
          <w:rFonts w:ascii="Apple Color Emoji" w:hAnsi="Apple Color Emoji" w:cs="Apple Color Emoji"/>
          <w:b/>
          <w:bCs/>
          <w:sz w:val="32"/>
          <w:szCs w:val="32"/>
        </w:rPr>
        <w:t>💬</w:t>
      </w:r>
      <w:r w:rsidR="369470D0">
        <w:br/>
      </w:r>
      <w:r w:rsidR="23C0341C" w:rsidRPr="0982B751">
        <w:rPr>
          <w:rFonts w:ascii="Arial Nova" w:hAnsi="Arial Nova"/>
          <w:sz w:val="32"/>
          <w:szCs w:val="32"/>
        </w:rPr>
        <w:t xml:space="preserve">- by </w:t>
      </w:r>
      <w:r w:rsidR="23C0341C" w:rsidRPr="0982B751">
        <w:rPr>
          <w:rFonts w:ascii="Arial Nova" w:hAnsi="Arial Nova"/>
          <w:b/>
          <w:bCs/>
          <w:sz w:val="32"/>
          <w:szCs w:val="32"/>
        </w:rPr>
        <w:t>pointing</w:t>
      </w:r>
      <w:r w:rsidR="4A094CD7" w:rsidRPr="0982B751">
        <w:rPr>
          <w:rFonts w:ascii="Arial Nova" w:hAnsi="Arial Nova"/>
          <w:b/>
          <w:bCs/>
          <w:sz w:val="32"/>
          <w:szCs w:val="32"/>
        </w:rPr>
        <w:t xml:space="preserve"> </w:t>
      </w:r>
      <w:r w:rsidR="4A094CD7" w:rsidRPr="0982B751">
        <w:rPr>
          <w:rFonts w:ascii="Apple Color Emoji" w:hAnsi="Apple Color Emoji" w:cs="Apple Color Emoji"/>
          <w:b/>
          <w:bCs/>
          <w:sz w:val="32"/>
          <w:szCs w:val="32"/>
        </w:rPr>
        <w:t>👆</w:t>
      </w:r>
      <w:r w:rsidR="369470D0">
        <w:br/>
      </w:r>
      <w:r w:rsidR="23C0341C" w:rsidRPr="0982B751">
        <w:rPr>
          <w:rFonts w:ascii="Arial Nova" w:hAnsi="Arial Nova"/>
          <w:sz w:val="32"/>
          <w:szCs w:val="32"/>
        </w:rPr>
        <w:t xml:space="preserve">- by </w:t>
      </w:r>
      <w:r w:rsidR="23C0341C" w:rsidRPr="0982B751">
        <w:rPr>
          <w:rFonts w:ascii="Arial Nova" w:hAnsi="Arial Nova"/>
          <w:b/>
          <w:bCs/>
          <w:sz w:val="32"/>
          <w:szCs w:val="32"/>
        </w:rPr>
        <w:t>writing</w:t>
      </w:r>
      <w:r w:rsidR="52DCD58A" w:rsidRPr="0982B751">
        <w:rPr>
          <w:rFonts w:ascii="Arial Nova" w:hAnsi="Arial Nova"/>
          <w:b/>
          <w:bCs/>
          <w:sz w:val="32"/>
          <w:szCs w:val="32"/>
        </w:rPr>
        <w:t xml:space="preserve"> </w:t>
      </w:r>
      <w:r w:rsidR="008B3D38" w:rsidRPr="0982B751">
        <w:rPr>
          <w:rFonts w:ascii="Apple Color Emoji" w:hAnsi="Apple Color Emoji" w:cs="Apple Color Emoji"/>
          <w:b/>
          <w:bCs/>
          <w:sz w:val="32"/>
          <w:szCs w:val="32"/>
        </w:rPr>
        <w:t>✍</w:t>
      </w:r>
      <w:r w:rsidR="369470D0">
        <w:br/>
      </w:r>
      <w:r w:rsidR="23C0341C" w:rsidRPr="0982B751">
        <w:rPr>
          <w:rFonts w:ascii="Arial Nova" w:hAnsi="Arial Nova"/>
          <w:sz w:val="32"/>
          <w:szCs w:val="32"/>
        </w:rPr>
        <w:t xml:space="preserve">- by </w:t>
      </w:r>
      <w:r w:rsidR="23C0341C" w:rsidRPr="0982B751">
        <w:rPr>
          <w:rFonts w:ascii="Arial Nova" w:hAnsi="Arial Nova"/>
          <w:b/>
          <w:bCs/>
          <w:sz w:val="32"/>
          <w:szCs w:val="32"/>
        </w:rPr>
        <w:t>drawing</w:t>
      </w:r>
      <w:r w:rsidR="71D13778" w:rsidRPr="0982B751">
        <w:rPr>
          <w:rFonts w:ascii="Arial Nova" w:hAnsi="Arial Nova"/>
          <w:b/>
          <w:bCs/>
          <w:sz w:val="32"/>
          <w:szCs w:val="32"/>
        </w:rPr>
        <w:t xml:space="preserve"> </w:t>
      </w:r>
      <w:r w:rsidR="007077BE" w:rsidRPr="0982B751">
        <w:rPr>
          <w:rFonts w:ascii="Apple Color Emoji" w:hAnsi="Apple Color Emoji" w:cs="Apple Color Emoji"/>
          <w:sz w:val="32"/>
          <w:szCs w:val="32"/>
        </w:rPr>
        <w:t>✏️</w:t>
      </w:r>
      <w:r w:rsidR="369470D0">
        <w:br/>
      </w:r>
      <w:r w:rsidR="369470D0">
        <w:br/>
      </w:r>
      <w:r w:rsidR="23C0341C" w:rsidRPr="002A435C">
        <w:rPr>
          <w:rFonts w:ascii="Arial Nova" w:hAnsi="Arial Nova"/>
          <w:sz w:val="32"/>
          <w:szCs w:val="32"/>
        </w:rPr>
        <w:t xml:space="preserve">The </w:t>
      </w:r>
      <w:r w:rsidR="23C0341C" w:rsidRPr="002A435C">
        <w:rPr>
          <w:rFonts w:ascii="Arial Nova" w:hAnsi="Arial Nova"/>
          <w:b/>
          <w:bCs/>
          <w:sz w:val="32"/>
          <w:szCs w:val="32"/>
        </w:rPr>
        <w:t>interview</w:t>
      </w:r>
      <w:r w:rsidR="23C0341C" w:rsidRPr="002A435C">
        <w:rPr>
          <w:rFonts w:ascii="Arial Nova" w:hAnsi="Arial Nova"/>
          <w:sz w:val="32"/>
          <w:szCs w:val="32"/>
        </w:rPr>
        <w:t xml:space="preserve"> takes</w:t>
      </w:r>
      <w:r w:rsidR="1746D55E" w:rsidRPr="0982B751">
        <w:rPr>
          <w:rFonts w:ascii="Arial Nova" w:hAnsi="Arial Nova"/>
          <w:sz w:val="32"/>
          <w:szCs w:val="32"/>
        </w:rPr>
        <w:t xml:space="preserve"> </w:t>
      </w:r>
      <w:r w:rsidR="23C0341C" w:rsidRPr="002A435C">
        <w:rPr>
          <w:rFonts w:ascii="Arial Nova" w:hAnsi="Arial Nova"/>
          <w:sz w:val="32"/>
          <w:szCs w:val="32"/>
        </w:rPr>
        <w:t>60–90 minutes</w:t>
      </w:r>
      <w:r w:rsidR="4FF61731" w:rsidRPr="002A435C">
        <w:rPr>
          <w:rFonts w:ascii="Arial Nova" w:hAnsi="Arial Nova"/>
          <w:sz w:val="32"/>
          <w:szCs w:val="32"/>
        </w:rPr>
        <w:t xml:space="preserve"> (1 – 1½ hours) </w:t>
      </w:r>
    </w:p>
    <w:p w14:paraId="55FD4A2A" w14:textId="1A96D0EE" w:rsidR="00A5484B" w:rsidRPr="00AB5487" w:rsidRDefault="369470D0" w:rsidP="0982B751">
      <w:pPr>
        <w:pStyle w:val="p1"/>
        <w:spacing w:line="360" w:lineRule="auto"/>
        <w:rPr>
          <w:rFonts w:ascii="Arial Nova" w:hAnsi="Arial Nova"/>
          <w:sz w:val="32"/>
          <w:szCs w:val="32"/>
        </w:rPr>
      </w:pPr>
      <w:r>
        <w:br/>
      </w:r>
      <w:r w:rsidR="136B2B11" w:rsidRPr="002A435C">
        <w:rPr>
          <w:rFonts w:ascii="Arial Nova" w:hAnsi="Arial Nova"/>
          <w:sz w:val="32"/>
          <w:szCs w:val="32"/>
        </w:rPr>
        <w:t xml:space="preserve">We will give you </w:t>
      </w:r>
      <w:r w:rsidR="136B2B11" w:rsidRPr="002A435C">
        <w:rPr>
          <w:rFonts w:ascii="Arial Nova" w:hAnsi="Arial Nova"/>
          <w:b/>
          <w:bCs/>
          <w:sz w:val="32"/>
          <w:szCs w:val="32"/>
        </w:rPr>
        <w:t>breaks</w:t>
      </w:r>
      <w:r w:rsidR="3CE1D5DD" w:rsidRPr="002A435C">
        <w:rPr>
          <w:rFonts w:ascii="Arial Nova" w:hAnsi="Arial Nova"/>
          <w:b/>
          <w:bCs/>
          <w:sz w:val="32"/>
          <w:szCs w:val="32"/>
        </w:rPr>
        <w:t xml:space="preserve"> </w:t>
      </w:r>
      <w:r w:rsidR="3CE1D5DD" w:rsidRPr="002A435C">
        <w:rPr>
          <w:rFonts w:ascii="Apple Color Emoji" w:hAnsi="Apple Color Emoji" w:cs="Apple Color Emoji"/>
          <w:b/>
          <w:bCs/>
          <w:sz w:val="32"/>
          <w:szCs w:val="32"/>
        </w:rPr>
        <w:t>☕️</w:t>
      </w:r>
      <w:r w:rsidR="6016FD98" w:rsidRPr="0982B751">
        <w:rPr>
          <w:rFonts w:ascii="Apple Color Emoji" w:hAnsi="Apple Color Emoji" w:cs="Apple Color Emoji"/>
          <w:b/>
          <w:bCs/>
          <w:sz w:val="32"/>
          <w:szCs w:val="32"/>
        </w:rPr>
        <w:t>🚽</w:t>
      </w:r>
    </w:p>
    <w:p w14:paraId="71131DB9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t>What will we talk about?</w:t>
      </w:r>
    </w:p>
    <w:p w14:paraId="056834B4" w14:textId="26D9E9AB" w:rsidR="00A5484B" w:rsidRPr="009D72F7" w:rsidRDefault="7ECEDB7F" w:rsidP="3D8AFE4C">
      <w:pPr>
        <w:spacing w:line="48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>We will ask about: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technology</w:t>
      </w:r>
      <w:r w:rsidRPr="0982B751">
        <w:rPr>
          <w:sz w:val="32"/>
          <w:szCs w:val="32"/>
          <w:lang w:val="en-AU"/>
        </w:rPr>
        <w:t xml:space="preserve"> you use </w:t>
      </w:r>
      <w:r w:rsidRPr="0982B751">
        <w:rPr>
          <w:b/>
          <w:bCs/>
          <w:sz w:val="32"/>
          <w:szCs w:val="32"/>
          <w:lang w:val="en-AU"/>
        </w:rPr>
        <w:t>now</w:t>
      </w:r>
      <w:r>
        <w:br/>
      </w:r>
      <w:r w:rsidRPr="0982B751">
        <w:rPr>
          <w:sz w:val="32"/>
          <w:szCs w:val="32"/>
          <w:lang w:val="en-AU"/>
        </w:rPr>
        <w:t xml:space="preserve">- what </w:t>
      </w:r>
      <w:r w:rsidRPr="0982B751">
        <w:rPr>
          <w:b/>
          <w:bCs/>
          <w:sz w:val="32"/>
          <w:szCs w:val="32"/>
          <w:lang w:val="en-AU"/>
        </w:rPr>
        <w:t>helps</w:t>
      </w:r>
      <w:r w:rsidRPr="0982B751">
        <w:rPr>
          <w:sz w:val="32"/>
          <w:szCs w:val="32"/>
          <w:lang w:val="en-AU"/>
        </w:rPr>
        <w:t xml:space="preserve"> or </w:t>
      </w:r>
      <w:r w:rsidRPr="0982B751">
        <w:rPr>
          <w:b/>
          <w:bCs/>
          <w:sz w:val="32"/>
          <w:szCs w:val="32"/>
          <w:lang w:val="en-AU"/>
        </w:rPr>
        <w:t>does not help</w:t>
      </w:r>
      <w:r>
        <w:br/>
      </w:r>
      <w:r w:rsidRPr="0982B751">
        <w:rPr>
          <w:sz w:val="32"/>
          <w:szCs w:val="32"/>
          <w:lang w:val="en-AU"/>
        </w:rPr>
        <w:lastRenderedPageBreak/>
        <w:t xml:space="preserve">- </w:t>
      </w:r>
      <w:r w:rsidRPr="0982B751">
        <w:rPr>
          <w:b/>
          <w:bCs/>
          <w:sz w:val="32"/>
          <w:szCs w:val="32"/>
          <w:lang w:val="en-AU"/>
        </w:rPr>
        <w:t>problems</w:t>
      </w:r>
      <w:r w:rsidRPr="0982B751">
        <w:rPr>
          <w:sz w:val="32"/>
          <w:szCs w:val="32"/>
          <w:lang w:val="en-AU"/>
        </w:rPr>
        <w:t xml:space="preserve"> or </w:t>
      </w:r>
      <w:r w:rsidRPr="0982B751">
        <w:rPr>
          <w:b/>
          <w:bCs/>
          <w:sz w:val="32"/>
          <w:szCs w:val="32"/>
          <w:lang w:val="en-AU"/>
        </w:rPr>
        <w:t>barriers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ideas</w:t>
      </w:r>
      <w:r w:rsidRPr="0982B751">
        <w:rPr>
          <w:sz w:val="32"/>
          <w:szCs w:val="32"/>
          <w:lang w:val="en-AU"/>
        </w:rPr>
        <w:t xml:space="preserve"> for the future</w:t>
      </w:r>
      <w:r w:rsidR="0079766B" w:rsidRPr="0982B751">
        <w:rPr>
          <w:sz w:val="32"/>
          <w:szCs w:val="32"/>
          <w:lang w:val="en-AU"/>
        </w:rPr>
        <w:t xml:space="preserve"> </w:t>
      </w:r>
      <w:r w:rsidR="00C86602" w:rsidRPr="0982B751">
        <w:rPr>
          <w:rFonts w:ascii="Apple Color Emoji" w:hAnsi="Apple Color Emoji" w:cs="Apple Color Emoji"/>
          <w:sz w:val="32"/>
          <w:szCs w:val="32"/>
          <w:lang w:val="en-AU"/>
        </w:rPr>
        <w:t>🔮</w:t>
      </w:r>
      <w:r>
        <w:br/>
      </w:r>
      <w:r>
        <w:br/>
      </w:r>
      <w:r w:rsidRPr="0982B751">
        <w:rPr>
          <w:sz w:val="32"/>
          <w:szCs w:val="32"/>
          <w:lang w:val="en-AU"/>
        </w:rPr>
        <w:t xml:space="preserve">You do </w:t>
      </w:r>
      <w:r w:rsidRPr="0982B751">
        <w:rPr>
          <w:b/>
          <w:bCs/>
          <w:sz w:val="32"/>
          <w:szCs w:val="32"/>
          <w:lang w:val="en-AU"/>
        </w:rPr>
        <w:t>not need</w:t>
      </w:r>
      <w:r w:rsidRPr="0982B751">
        <w:rPr>
          <w:sz w:val="32"/>
          <w:szCs w:val="32"/>
          <w:lang w:val="en-AU"/>
        </w:rPr>
        <w:t xml:space="preserve"> to </w:t>
      </w:r>
      <w:r w:rsidRPr="0982B751">
        <w:rPr>
          <w:b/>
          <w:bCs/>
          <w:sz w:val="32"/>
          <w:szCs w:val="32"/>
          <w:lang w:val="en-AU"/>
        </w:rPr>
        <w:t>prepare</w:t>
      </w:r>
      <w:r w:rsidRPr="0982B751">
        <w:rPr>
          <w:sz w:val="32"/>
          <w:szCs w:val="32"/>
          <w:lang w:val="en-AU"/>
        </w:rPr>
        <w:t>.</w:t>
      </w:r>
      <w:r>
        <w:br/>
      </w:r>
      <w:r>
        <w:br/>
      </w:r>
      <w:r w:rsidRPr="0982B751">
        <w:rPr>
          <w:sz w:val="32"/>
          <w:szCs w:val="32"/>
          <w:lang w:val="en-AU"/>
        </w:rPr>
        <w:t xml:space="preserve">There are </w:t>
      </w:r>
      <w:r w:rsidRPr="0982B751">
        <w:rPr>
          <w:b/>
          <w:bCs/>
          <w:sz w:val="32"/>
          <w:szCs w:val="32"/>
          <w:lang w:val="en-AU"/>
        </w:rPr>
        <w:t>no right</w:t>
      </w:r>
      <w:r w:rsidRPr="0982B751">
        <w:rPr>
          <w:sz w:val="32"/>
          <w:szCs w:val="32"/>
          <w:lang w:val="en-AU"/>
        </w:rPr>
        <w:t xml:space="preserve"> or </w:t>
      </w:r>
      <w:r w:rsidRPr="0982B751">
        <w:rPr>
          <w:b/>
          <w:bCs/>
          <w:sz w:val="32"/>
          <w:szCs w:val="32"/>
          <w:lang w:val="en-AU"/>
        </w:rPr>
        <w:t>wrong answers</w:t>
      </w:r>
      <w:r w:rsidRPr="0982B751">
        <w:rPr>
          <w:sz w:val="32"/>
          <w:szCs w:val="32"/>
          <w:lang w:val="en-AU"/>
        </w:rPr>
        <w:t>.</w:t>
      </w:r>
    </w:p>
    <w:p w14:paraId="57FEB561" w14:textId="5A4F60E8" w:rsidR="0982B751" w:rsidRDefault="0982B751" w:rsidP="0982B751">
      <w:pPr>
        <w:pStyle w:val="Heading2"/>
        <w:rPr>
          <w:lang w:val="en-AU"/>
        </w:rPr>
      </w:pPr>
    </w:p>
    <w:p w14:paraId="09BA7F7D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t>Will the interview be recorded?</w:t>
      </w:r>
    </w:p>
    <w:p w14:paraId="52B98453" w14:textId="524B21E3" w:rsidR="00A5484B" w:rsidRPr="009D72F7" w:rsidRDefault="7ECEDB7F" w:rsidP="72800989">
      <w:pPr>
        <w:spacing w:line="480" w:lineRule="auto"/>
        <w:rPr>
          <w:sz w:val="32"/>
          <w:szCs w:val="32"/>
          <w:lang w:val="en-AU"/>
        </w:rPr>
      </w:pPr>
      <w:r w:rsidRPr="0982B751">
        <w:rPr>
          <w:sz w:val="32"/>
          <w:szCs w:val="32"/>
          <w:lang w:val="en-AU"/>
        </w:rPr>
        <w:t xml:space="preserve">🎥 We will </w:t>
      </w:r>
      <w:r w:rsidR="0010406D" w:rsidRPr="002A435C">
        <w:rPr>
          <w:b/>
          <w:bCs/>
          <w:sz w:val="32"/>
          <w:szCs w:val="32"/>
          <w:lang w:val="en-AU"/>
        </w:rPr>
        <w:t xml:space="preserve">record </w:t>
      </w:r>
      <w:r w:rsidR="49453D5C" w:rsidRPr="002A435C">
        <w:rPr>
          <w:sz w:val="32"/>
          <w:szCs w:val="32"/>
          <w:lang w:val="en-AU"/>
        </w:rPr>
        <w:t>the interview</w:t>
      </w:r>
      <w:r w:rsidR="007D5EA5" w:rsidRPr="0982B751">
        <w:rPr>
          <w:sz w:val="32"/>
          <w:szCs w:val="32"/>
          <w:lang w:val="en-AU"/>
        </w:rPr>
        <w:t>.</w:t>
      </w:r>
      <w:r>
        <w:br/>
      </w:r>
      <w:r>
        <w:br/>
      </w:r>
      <w:r w:rsidRPr="0982B751">
        <w:rPr>
          <w:b/>
          <w:bCs/>
          <w:sz w:val="32"/>
          <w:szCs w:val="32"/>
          <w:lang w:val="en-AU"/>
        </w:rPr>
        <w:t>Recording</w:t>
      </w:r>
      <w:r w:rsidRPr="0982B751">
        <w:rPr>
          <w:sz w:val="32"/>
          <w:szCs w:val="32"/>
          <w:lang w:val="en-AU"/>
        </w:rPr>
        <w:t xml:space="preserve"> helps us: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remember</w:t>
      </w:r>
      <w:r w:rsidRPr="0982B751">
        <w:rPr>
          <w:sz w:val="32"/>
          <w:szCs w:val="32"/>
          <w:lang w:val="en-AU"/>
        </w:rPr>
        <w:t xml:space="preserve"> what was said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understand</w:t>
      </w:r>
      <w:r w:rsidRPr="0982B751">
        <w:rPr>
          <w:sz w:val="32"/>
          <w:szCs w:val="32"/>
          <w:lang w:val="en-AU"/>
        </w:rPr>
        <w:t xml:space="preserve"> communication clearly</w:t>
      </w:r>
      <w:r>
        <w:br/>
      </w:r>
      <w:r>
        <w:br/>
      </w:r>
      <w:r w:rsidRPr="0982B751">
        <w:rPr>
          <w:b/>
          <w:bCs/>
          <w:sz w:val="32"/>
          <w:szCs w:val="32"/>
          <w:lang w:val="en-AU"/>
        </w:rPr>
        <w:t>Only</w:t>
      </w:r>
      <w:r w:rsidRPr="0982B751">
        <w:rPr>
          <w:sz w:val="32"/>
          <w:szCs w:val="32"/>
          <w:lang w:val="en-AU"/>
        </w:rPr>
        <w:t xml:space="preserve"> the </w:t>
      </w:r>
      <w:r w:rsidRPr="0982B751">
        <w:rPr>
          <w:b/>
          <w:bCs/>
          <w:sz w:val="32"/>
          <w:szCs w:val="32"/>
          <w:lang w:val="en-AU"/>
        </w:rPr>
        <w:t>research team</w:t>
      </w:r>
      <w:r w:rsidRPr="0982B751">
        <w:rPr>
          <w:sz w:val="32"/>
          <w:szCs w:val="32"/>
          <w:lang w:val="en-AU"/>
        </w:rPr>
        <w:t xml:space="preserve"> will see the recordings</w:t>
      </w:r>
      <w:r>
        <w:br/>
      </w:r>
      <w:proofErr w:type="spellStart"/>
      <w:r w:rsidRPr="0982B751">
        <w:rPr>
          <w:sz w:val="32"/>
          <w:szCs w:val="32"/>
          <w:lang w:val="en-AU"/>
        </w:rPr>
        <w:t>Recordings</w:t>
      </w:r>
      <w:proofErr w:type="spellEnd"/>
      <w:r w:rsidRPr="0982B751">
        <w:rPr>
          <w:sz w:val="32"/>
          <w:szCs w:val="32"/>
          <w:lang w:val="en-AU"/>
        </w:rPr>
        <w:t xml:space="preserve"> are </w:t>
      </w:r>
      <w:r w:rsidRPr="0982B751">
        <w:rPr>
          <w:b/>
          <w:bCs/>
          <w:sz w:val="32"/>
          <w:szCs w:val="32"/>
          <w:lang w:val="en-AU"/>
        </w:rPr>
        <w:t>not shared publicly</w:t>
      </w:r>
      <w:r w:rsidR="26C982EB" w:rsidRPr="0982B751">
        <w:rPr>
          <w:b/>
          <w:bCs/>
          <w:sz w:val="32"/>
          <w:szCs w:val="32"/>
          <w:lang w:val="en-AU"/>
        </w:rPr>
        <w:t xml:space="preserve"> 🔒</w:t>
      </w:r>
      <w:r>
        <w:br/>
      </w:r>
    </w:p>
    <w:p w14:paraId="32163A8C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982B751">
        <w:rPr>
          <w:lang w:val="en-AU"/>
        </w:rPr>
        <w:lastRenderedPageBreak/>
        <w:t>What are the benefits?</w:t>
      </w:r>
    </w:p>
    <w:p w14:paraId="4D96D798" w14:textId="7FF5657C" w:rsidR="0103BB26" w:rsidRDefault="0103BB26" w:rsidP="0982B751">
      <w:pPr>
        <w:spacing w:line="480" w:lineRule="auto"/>
        <w:rPr>
          <w:sz w:val="32"/>
          <w:szCs w:val="32"/>
          <w:lang w:val="en-AU"/>
        </w:rPr>
      </w:pPr>
      <w:r w:rsidRPr="0982B751">
        <w:rPr>
          <w:sz w:val="32"/>
          <w:szCs w:val="32"/>
          <w:lang w:val="en-AU"/>
        </w:rPr>
        <w:t>You might:</w:t>
      </w:r>
    </w:p>
    <w:p w14:paraId="19D0D0E6" w14:textId="1D7F6E09" w:rsidR="00A5484B" w:rsidRPr="009D72F7" w:rsidRDefault="7ECEDB7F">
      <w:pPr>
        <w:spacing w:line="48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enjoy sharing</w:t>
      </w:r>
      <w:r w:rsidRPr="0982B751">
        <w:rPr>
          <w:sz w:val="32"/>
          <w:szCs w:val="32"/>
          <w:lang w:val="en-AU"/>
        </w:rPr>
        <w:t xml:space="preserve"> your experience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="170CC402" w:rsidRPr="002A435C">
        <w:rPr>
          <w:b/>
          <w:bCs/>
          <w:sz w:val="32"/>
          <w:szCs w:val="32"/>
          <w:lang w:val="en-AU"/>
        </w:rPr>
        <w:t>f</w:t>
      </w:r>
      <w:r w:rsidRPr="0982B751">
        <w:rPr>
          <w:b/>
          <w:bCs/>
          <w:sz w:val="32"/>
          <w:szCs w:val="32"/>
          <w:lang w:val="en-AU"/>
        </w:rPr>
        <w:t>eel heard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 xml:space="preserve">help improve </w:t>
      </w:r>
      <w:r w:rsidRPr="0982B751">
        <w:rPr>
          <w:sz w:val="32"/>
          <w:szCs w:val="32"/>
          <w:lang w:val="en-AU"/>
        </w:rPr>
        <w:t>future technology</w:t>
      </w:r>
      <w:r>
        <w:br/>
      </w:r>
      <w:r w:rsidR="775D8FBD" w:rsidRPr="002A435C">
        <w:rPr>
          <w:rFonts w:asciiTheme="minorHAnsi" w:eastAsiaTheme="minorEastAsia" w:hAnsiTheme="minorHAnsi" w:cstheme="minorBidi"/>
          <w:sz w:val="32"/>
          <w:szCs w:val="32"/>
        </w:rPr>
        <w:t xml:space="preserve">But </w:t>
      </w:r>
      <w:r w:rsidR="55601251" w:rsidRPr="002A435C">
        <w:rPr>
          <w:rFonts w:asciiTheme="minorHAnsi" w:eastAsiaTheme="minorEastAsia" w:hAnsiTheme="minorHAnsi" w:cstheme="minorBidi"/>
          <w:sz w:val="32"/>
          <w:szCs w:val="32"/>
          <w:lang w:val="en-AU"/>
        </w:rPr>
        <w:t>w</w:t>
      </w:r>
      <w:r w:rsidRPr="002A435C">
        <w:rPr>
          <w:rFonts w:asciiTheme="minorHAnsi" w:eastAsiaTheme="minorEastAsia" w:hAnsiTheme="minorHAnsi" w:cstheme="minorBidi"/>
          <w:sz w:val="32"/>
          <w:szCs w:val="32"/>
          <w:lang w:val="en-AU"/>
        </w:rPr>
        <w:t xml:space="preserve">e </w:t>
      </w:r>
      <w:r w:rsidRPr="0982B751">
        <w:rPr>
          <w:sz w:val="32"/>
          <w:szCs w:val="32"/>
          <w:lang w:val="en-AU"/>
        </w:rPr>
        <w:t xml:space="preserve">cannot promise </w:t>
      </w:r>
      <w:r w:rsidR="4F9074AA" w:rsidRPr="0982B751">
        <w:rPr>
          <w:sz w:val="32"/>
          <w:szCs w:val="32"/>
          <w:lang w:val="en-AU"/>
        </w:rPr>
        <w:t xml:space="preserve">a </w:t>
      </w:r>
      <w:r w:rsidRPr="0982B751">
        <w:rPr>
          <w:sz w:val="32"/>
          <w:szCs w:val="32"/>
          <w:lang w:val="en-AU"/>
        </w:rPr>
        <w:t>benefit.</w:t>
      </w:r>
    </w:p>
    <w:p w14:paraId="7AEAB854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t>What are the risks?</w:t>
      </w:r>
    </w:p>
    <w:p w14:paraId="19AE783D" w14:textId="47517101" w:rsidR="00A5484B" w:rsidRPr="009D72F7" w:rsidRDefault="7ECEDB7F" w:rsidP="0982B751">
      <w:pPr>
        <w:spacing w:line="48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>Some people may:</w:t>
      </w:r>
      <w:r>
        <w:br/>
      </w:r>
      <w:r w:rsidRPr="0982B751">
        <w:rPr>
          <w:sz w:val="32"/>
          <w:szCs w:val="32"/>
          <w:lang w:val="en-AU"/>
        </w:rPr>
        <w:t xml:space="preserve">- feel </w:t>
      </w:r>
      <w:r w:rsidRPr="0982B751">
        <w:rPr>
          <w:b/>
          <w:bCs/>
          <w:sz w:val="32"/>
          <w:szCs w:val="32"/>
          <w:lang w:val="en-AU"/>
        </w:rPr>
        <w:t>tired</w:t>
      </w:r>
      <w:r>
        <w:br/>
      </w:r>
      <w:r w:rsidRPr="0982B751">
        <w:rPr>
          <w:sz w:val="32"/>
          <w:szCs w:val="32"/>
          <w:lang w:val="en-AU"/>
        </w:rPr>
        <w:t xml:space="preserve">- feel </w:t>
      </w:r>
      <w:r w:rsidRPr="0982B751">
        <w:rPr>
          <w:b/>
          <w:bCs/>
          <w:sz w:val="32"/>
          <w:szCs w:val="32"/>
          <w:lang w:val="en-AU"/>
        </w:rPr>
        <w:t>frustrated</w:t>
      </w:r>
      <w:r>
        <w:br/>
      </w:r>
      <w:r w:rsidRPr="0982B751">
        <w:rPr>
          <w:sz w:val="32"/>
          <w:szCs w:val="32"/>
          <w:lang w:val="en-AU"/>
        </w:rPr>
        <w:t xml:space="preserve">- feel </w:t>
      </w:r>
      <w:r w:rsidRPr="0982B751">
        <w:rPr>
          <w:b/>
          <w:bCs/>
          <w:sz w:val="32"/>
          <w:szCs w:val="32"/>
          <w:lang w:val="en-AU"/>
        </w:rPr>
        <w:t>emotional</w:t>
      </w:r>
      <w:r>
        <w:br/>
      </w:r>
      <w:r>
        <w:br/>
      </w:r>
      <w:r w:rsidRPr="0982B751">
        <w:rPr>
          <w:sz w:val="32"/>
          <w:szCs w:val="32"/>
          <w:lang w:val="en-AU"/>
        </w:rPr>
        <w:t>You can: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take breaks</w:t>
      </w:r>
      <w:r w:rsidR="43A19B49" w:rsidRPr="0982B751">
        <w:rPr>
          <w:b/>
          <w:bCs/>
          <w:sz w:val="32"/>
          <w:szCs w:val="32"/>
          <w:lang w:val="en-AU"/>
        </w:rPr>
        <w:t xml:space="preserve"> </w:t>
      </w:r>
      <w:r w:rsidR="43A19B49" w:rsidRPr="0982B751">
        <w:rPr>
          <w:rFonts w:ascii="Apple Color Emoji" w:hAnsi="Apple Color Emoji" w:cs="Apple Color Emoji"/>
          <w:b/>
          <w:bCs/>
          <w:sz w:val="32"/>
          <w:szCs w:val="32"/>
        </w:rPr>
        <w:t>☕️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stop</w:t>
      </w:r>
      <w:r w:rsidRPr="0982B751">
        <w:rPr>
          <w:sz w:val="32"/>
          <w:szCs w:val="32"/>
          <w:lang w:val="en-AU"/>
        </w:rPr>
        <w:t xml:space="preserve"> at </w:t>
      </w:r>
      <w:r w:rsidRPr="0982B751">
        <w:rPr>
          <w:b/>
          <w:bCs/>
          <w:sz w:val="32"/>
          <w:szCs w:val="32"/>
          <w:lang w:val="en-AU"/>
        </w:rPr>
        <w:t>any time</w:t>
      </w:r>
      <w:r w:rsidR="5161F610" w:rsidRPr="0982B751">
        <w:rPr>
          <w:b/>
          <w:bCs/>
          <w:sz w:val="32"/>
          <w:szCs w:val="32"/>
          <w:lang w:val="en-AU"/>
        </w:rPr>
        <w:t xml:space="preserve"> 🛑</w:t>
      </w:r>
      <w:r>
        <w:br/>
      </w:r>
      <w:r>
        <w:lastRenderedPageBreak/>
        <w:br/>
      </w:r>
      <w:r w:rsidRPr="0982B751">
        <w:rPr>
          <w:b/>
          <w:bCs/>
          <w:sz w:val="32"/>
          <w:szCs w:val="32"/>
          <w:lang w:val="en-AU"/>
        </w:rPr>
        <w:t>Support</w:t>
      </w:r>
      <w:r w:rsidRPr="0982B751">
        <w:rPr>
          <w:sz w:val="32"/>
          <w:szCs w:val="32"/>
          <w:lang w:val="en-AU"/>
        </w:rPr>
        <w:t xml:space="preserve"> will be provided.</w:t>
      </w:r>
    </w:p>
    <w:p w14:paraId="03251B50" w14:textId="107F9344" w:rsidR="0084292B" w:rsidRPr="009D72F7" w:rsidRDefault="76B569C4" w:rsidP="529F858D">
      <w:pPr>
        <w:pStyle w:val="Heading2"/>
        <w:spacing w:line="480" w:lineRule="auto"/>
        <w:rPr>
          <w:sz w:val="40"/>
          <w:szCs w:val="40"/>
          <w:lang w:val="en-AU"/>
        </w:rPr>
      </w:pPr>
      <w:r w:rsidRPr="009D72F7">
        <w:rPr>
          <w:lang w:val="en-AU"/>
        </w:rPr>
        <w:t xml:space="preserve">What if I </w:t>
      </w:r>
      <w:r w:rsidR="0C98D7A0" w:rsidRPr="009D72F7">
        <w:rPr>
          <w:lang w:val="en-AU"/>
        </w:rPr>
        <w:t>get upset or distressed?</w:t>
      </w:r>
    </w:p>
    <w:p w14:paraId="41956BE8" w14:textId="2C799257" w:rsidR="0084292B" w:rsidRPr="009D72F7" w:rsidRDefault="76B569C4" w:rsidP="529F858D">
      <w:p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 xml:space="preserve">If the researcher notices that you are </w:t>
      </w:r>
      <w:r w:rsidRPr="009D72F7">
        <w:rPr>
          <w:b/>
          <w:sz w:val="32"/>
          <w:szCs w:val="32"/>
          <w:lang w:val="en-AU"/>
        </w:rPr>
        <w:t xml:space="preserve">upset </w:t>
      </w:r>
      <w:r w:rsidRPr="009D72F7">
        <w:rPr>
          <w:sz w:val="32"/>
          <w:szCs w:val="32"/>
          <w:lang w:val="en-AU"/>
        </w:rPr>
        <w:t xml:space="preserve">or </w:t>
      </w:r>
      <w:r w:rsidRPr="009D72F7">
        <w:rPr>
          <w:b/>
          <w:sz w:val="32"/>
          <w:szCs w:val="32"/>
          <w:lang w:val="en-AU"/>
        </w:rPr>
        <w:t>distressed</w:t>
      </w:r>
      <w:r w:rsidRPr="009D72F7">
        <w:rPr>
          <w:sz w:val="32"/>
          <w:szCs w:val="32"/>
          <w:lang w:val="en-AU"/>
        </w:rPr>
        <w:t>,</w:t>
      </w:r>
      <w:r w:rsidR="6A2D6280" w:rsidRPr="009D72F7">
        <w:rPr>
          <w:sz w:val="32"/>
          <w:szCs w:val="32"/>
          <w:lang w:val="en-AU"/>
        </w:rPr>
        <w:t xml:space="preserve"> </w:t>
      </w:r>
      <w:r w:rsidRPr="009D72F7">
        <w:rPr>
          <w:sz w:val="32"/>
          <w:szCs w:val="32"/>
          <w:lang w:val="en-AU"/>
        </w:rPr>
        <w:t>they may talk with you about what might help.</w:t>
      </w:r>
    </w:p>
    <w:p w14:paraId="314449E0" w14:textId="77777777" w:rsidR="0084292B" w:rsidRPr="009D72F7" w:rsidRDefault="76B569C4" w:rsidP="529F858D">
      <w:p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 xml:space="preserve">You can </w:t>
      </w:r>
      <w:r w:rsidRPr="009D72F7">
        <w:rPr>
          <w:b/>
          <w:sz w:val="32"/>
          <w:szCs w:val="32"/>
          <w:lang w:val="en-AU"/>
        </w:rPr>
        <w:t xml:space="preserve">choose </w:t>
      </w:r>
      <w:r w:rsidRPr="009D72F7">
        <w:rPr>
          <w:sz w:val="32"/>
          <w:szCs w:val="32"/>
          <w:lang w:val="en-AU"/>
        </w:rPr>
        <w:t>what happens next.</w:t>
      </w:r>
    </w:p>
    <w:p w14:paraId="6DC6861E" w14:textId="77777777" w:rsidR="0084292B" w:rsidRPr="009D72F7" w:rsidRDefault="76B569C4" w:rsidP="330FFF8A">
      <w:pPr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The researcher may offer these options:</w:t>
      </w:r>
    </w:p>
    <w:p w14:paraId="74141485" w14:textId="77777777" w:rsidR="0084292B" w:rsidRPr="009D72F7" w:rsidRDefault="76B569C4" w:rsidP="43F39067">
      <w:pPr>
        <w:pStyle w:val="ListParagraph"/>
        <w:numPr>
          <w:ilvl w:val="0"/>
          <w:numId w:val="10"/>
        </w:num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You can talk with your GP or another health professional.</w:t>
      </w:r>
    </w:p>
    <w:p w14:paraId="41643A9C" w14:textId="77777777" w:rsidR="0084292B" w:rsidRPr="009D72F7" w:rsidRDefault="76B569C4" w:rsidP="43F39067">
      <w:pPr>
        <w:pStyle w:val="ListParagraph"/>
        <w:numPr>
          <w:ilvl w:val="0"/>
          <w:numId w:val="10"/>
        </w:num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If you agree, the researcher can contact a trusted family member or friend for you.</w:t>
      </w:r>
    </w:p>
    <w:p w14:paraId="3D295C19" w14:textId="77777777" w:rsidR="0084292B" w:rsidRPr="009D72F7" w:rsidRDefault="76B569C4" w:rsidP="43F39067">
      <w:pPr>
        <w:pStyle w:val="ListParagraph"/>
        <w:numPr>
          <w:ilvl w:val="0"/>
          <w:numId w:val="10"/>
        </w:num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The researcher can give you information about support services, such as:</w:t>
      </w:r>
    </w:p>
    <w:p w14:paraId="76BEF45C" w14:textId="77777777" w:rsidR="0084292B" w:rsidRPr="009D72F7" w:rsidRDefault="76B569C4" w:rsidP="41C40871">
      <w:pPr>
        <w:pStyle w:val="ListParagraph"/>
        <w:numPr>
          <w:ilvl w:val="1"/>
          <w:numId w:val="10"/>
        </w:numPr>
        <w:spacing w:line="480" w:lineRule="auto"/>
        <w:rPr>
          <w:sz w:val="36"/>
          <w:szCs w:val="36"/>
          <w:lang w:val="en-AU"/>
        </w:rPr>
      </w:pPr>
      <w:proofErr w:type="spellStart"/>
      <w:r w:rsidRPr="009D72F7">
        <w:rPr>
          <w:sz w:val="32"/>
          <w:szCs w:val="32"/>
          <w:lang w:val="en-AU"/>
        </w:rPr>
        <w:t>StrokeLine</w:t>
      </w:r>
      <w:proofErr w:type="spellEnd"/>
      <w:r w:rsidRPr="009D72F7">
        <w:rPr>
          <w:sz w:val="32"/>
          <w:szCs w:val="32"/>
          <w:lang w:val="en-AU"/>
        </w:rPr>
        <w:t>: 1800 787 653</w:t>
      </w:r>
    </w:p>
    <w:p w14:paraId="16B15FFD" w14:textId="77777777" w:rsidR="0084292B" w:rsidRPr="009D72F7" w:rsidRDefault="76B569C4" w:rsidP="41C40871">
      <w:pPr>
        <w:pStyle w:val="ListParagraph"/>
        <w:numPr>
          <w:ilvl w:val="1"/>
          <w:numId w:val="10"/>
        </w:num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Lifeline: 13 11 14</w:t>
      </w:r>
    </w:p>
    <w:p w14:paraId="2DBC3C69" w14:textId="77777777" w:rsidR="0084292B" w:rsidRPr="009D72F7" w:rsidRDefault="76B569C4" w:rsidP="41C40871">
      <w:pPr>
        <w:pStyle w:val="ListParagraph"/>
        <w:numPr>
          <w:ilvl w:val="1"/>
          <w:numId w:val="10"/>
        </w:num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lastRenderedPageBreak/>
        <w:t>Beyond Blue: 1300 22 4636 or beyondblue.org.au</w:t>
      </w:r>
    </w:p>
    <w:p w14:paraId="29665745" w14:textId="77777777" w:rsidR="0084292B" w:rsidRPr="009D72F7" w:rsidRDefault="76B569C4" w:rsidP="5D7F7C68">
      <w:pPr>
        <w:pStyle w:val="ListParagraph"/>
        <w:numPr>
          <w:ilvl w:val="1"/>
          <w:numId w:val="10"/>
        </w:numPr>
        <w:spacing w:line="480" w:lineRule="auto"/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Suicide Call Back Service: 1300 659 467</w:t>
      </w:r>
    </w:p>
    <w:p w14:paraId="562EC4B6" w14:textId="77777777" w:rsidR="0084292B" w:rsidRPr="009D72F7" w:rsidRDefault="0084292B" w:rsidP="330FFF8A">
      <w:pPr>
        <w:rPr>
          <w:sz w:val="32"/>
          <w:szCs w:val="32"/>
          <w:lang w:val="en-AU"/>
        </w:rPr>
      </w:pPr>
    </w:p>
    <w:p w14:paraId="5CCD3886" w14:textId="0EB03240" w:rsidR="0084292B" w:rsidRPr="009D72F7" w:rsidRDefault="76B569C4" w:rsidP="330FFF8A">
      <w:pPr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 xml:space="preserve">You do </w:t>
      </w:r>
      <w:r w:rsidRPr="009D72F7">
        <w:rPr>
          <w:b/>
          <w:sz w:val="32"/>
          <w:szCs w:val="32"/>
          <w:lang w:val="en-AU"/>
        </w:rPr>
        <w:t xml:space="preserve">not </w:t>
      </w:r>
      <w:r w:rsidRPr="009D72F7">
        <w:rPr>
          <w:sz w:val="32"/>
          <w:szCs w:val="32"/>
          <w:lang w:val="en-AU"/>
        </w:rPr>
        <w:t>have to use any of these options.</w:t>
      </w:r>
    </w:p>
    <w:p w14:paraId="05425BAF" w14:textId="20DF8999" w:rsidR="0084292B" w:rsidRPr="009D72F7" w:rsidRDefault="76B569C4" w:rsidP="330FFF8A">
      <w:pPr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 xml:space="preserve">You do </w:t>
      </w:r>
      <w:r w:rsidRPr="009D72F7">
        <w:rPr>
          <w:b/>
          <w:bCs/>
          <w:sz w:val="32"/>
          <w:szCs w:val="32"/>
          <w:lang w:val="en-AU"/>
        </w:rPr>
        <w:t>not</w:t>
      </w:r>
      <w:r w:rsidRPr="009D72F7">
        <w:rPr>
          <w:sz w:val="32"/>
          <w:szCs w:val="32"/>
          <w:lang w:val="en-AU"/>
        </w:rPr>
        <w:t xml:space="preserve"> have to accept any referrals.</w:t>
      </w:r>
    </w:p>
    <w:p w14:paraId="44D54C26" w14:textId="5DC403C4" w:rsidR="00FF2AD5" w:rsidRPr="009D72F7" w:rsidRDefault="76B569C4" w:rsidP="330FFF8A">
      <w:pPr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 xml:space="preserve">Your </w:t>
      </w:r>
      <w:r w:rsidRPr="0982B751">
        <w:rPr>
          <w:b/>
          <w:bCs/>
          <w:sz w:val="32"/>
          <w:szCs w:val="32"/>
          <w:lang w:val="en-AU"/>
        </w:rPr>
        <w:t>choices</w:t>
      </w:r>
      <w:r w:rsidRPr="0982B751">
        <w:rPr>
          <w:sz w:val="32"/>
          <w:szCs w:val="32"/>
          <w:lang w:val="en-AU"/>
        </w:rPr>
        <w:t xml:space="preserve"> will always be </w:t>
      </w:r>
      <w:r w:rsidRPr="0982B751">
        <w:rPr>
          <w:b/>
          <w:bCs/>
          <w:sz w:val="32"/>
          <w:szCs w:val="32"/>
          <w:lang w:val="en-AU"/>
        </w:rPr>
        <w:t>respected</w:t>
      </w:r>
      <w:r w:rsidRPr="0982B751">
        <w:rPr>
          <w:sz w:val="32"/>
          <w:szCs w:val="32"/>
          <w:lang w:val="en-AU"/>
        </w:rPr>
        <w:t>.</w:t>
      </w:r>
    </w:p>
    <w:p w14:paraId="66A3D76C" w14:textId="6AC8A44B" w:rsidR="0982B751" w:rsidRDefault="0982B751" w:rsidP="0982B751">
      <w:pPr>
        <w:pStyle w:val="Heading2"/>
        <w:rPr>
          <w:lang w:val="en-AU"/>
        </w:rPr>
      </w:pPr>
    </w:p>
    <w:p w14:paraId="55476A17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t>Will I be paid?</w:t>
      </w:r>
    </w:p>
    <w:p w14:paraId="2FBDDB75" w14:textId="3B87023D" w:rsidR="00A5484B" w:rsidRPr="008B70C0" w:rsidRDefault="7ECEDB7F" w:rsidP="42AC352F">
      <w:pPr>
        <w:spacing w:line="48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 xml:space="preserve">✔ </w:t>
      </w:r>
      <w:r w:rsidRPr="0982B751">
        <w:rPr>
          <w:b/>
          <w:bCs/>
          <w:sz w:val="32"/>
          <w:szCs w:val="32"/>
          <w:lang w:val="en-AU"/>
        </w:rPr>
        <w:t>Yes</w:t>
      </w:r>
      <w:r w:rsidR="5DB86CEA" w:rsidRPr="0982B751">
        <w:rPr>
          <w:sz w:val="32"/>
          <w:szCs w:val="32"/>
          <w:lang w:val="en-AU"/>
        </w:rPr>
        <w:t>, y</w:t>
      </w:r>
      <w:r w:rsidRPr="0982B751">
        <w:rPr>
          <w:sz w:val="32"/>
          <w:szCs w:val="32"/>
          <w:lang w:val="en-AU"/>
        </w:rPr>
        <w:t>ou will be paid for your time</w:t>
      </w:r>
      <w:r>
        <w:br/>
      </w:r>
      <w:r w:rsidRPr="0982B751">
        <w:rPr>
          <w:sz w:val="32"/>
          <w:szCs w:val="32"/>
          <w:lang w:val="en-AU"/>
        </w:rPr>
        <w:t xml:space="preserve">✔ </w:t>
      </w:r>
      <w:r w:rsidR="00FD46A1" w:rsidRPr="0982B751">
        <w:rPr>
          <w:sz w:val="32"/>
          <w:szCs w:val="32"/>
          <w:lang w:val="en-AU"/>
        </w:rPr>
        <w:t>You will</w:t>
      </w:r>
      <w:r w:rsidR="000D0167" w:rsidRPr="0982B751">
        <w:rPr>
          <w:sz w:val="32"/>
          <w:szCs w:val="32"/>
          <w:lang w:val="en-AU"/>
        </w:rPr>
        <w:t xml:space="preserve"> </w:t>
      </w:r>
      <w:r w:rsidR="000D0167" w:rsidRPr="0982B751">
        <w:rPr>
          <w:b/>
          <w:bCs/>
          <w:sz w:val="32"/>
          <w:szCs w:val="32"/>
          <w:lang w:val="en-AU"/>
        </w:rPr>
        <w:t>receive</w:t>
      </w:r>
      <w:r w:rsidR="000D0167" w:rsidRPr="0982B751">
        <w:rPr>
          <w:sz w:val="32"/>
          <w:szCs w:val="32"/>
          <w:lang w:val="en-AU"/>
        </w:rPr>
        <w:t xml:space="preserve"> </w:t>
      </w:r>
      <w:r w:rsidR="00915DB3" w:rsidRPr="0982B751">
        <w:rPr>
          <w:sz w:val="32"/>
          <w:szCs w:val="32"/>
          <w:lang w:val="en-AU"/>
        </w:rPr>
        <w:t xml:space="preserve">a </w:t>
      </w:r>
      <w:proofErr w:type="spellStart"/>
      <w:r w:rsidR="008B70C0" w:rsidRPr="0982B751">
        <w:rPr>
          <w:sz w:val="32"/>
          <w:szCs w:val="32"/>
          <w:lang w:val="en-AU"/>
        </w:rPr>
        <w:t>Prezzee</w:t>
      </w:r>
      <w:proofErr w:type="spellEnd"/>
      <w:r w:rsidR="008B70C0" w:rsidRPr="0982B751">
        <w:rPr>
          <w:sz w:val="32"/>
          <w:szCs w:val="32"/>
          <w:lang w:val="en-AU"/>
        </w:rPr>
        <w:t xml:space="preserve"> </w:t>
      </w:r>
      <w:r w:rsidR="00915DB3" w:rsidRPr="0982B751">
        <w:rPr>
          <w:sz w:val="32"/>
          <w:szCs w:val="32"/>
          <w:lang w:val="en-AU"/>
        </w:rPr>
        <w:t xml:space="preserve">gift card for </w:t>
      </w:r>
      <w:r w:rsidR="00915DB3" w:rsidRPr="0982B751">
        <w:rPr>
          <w:b/>
          <w:bCs/>
          <w:sz w:val="32"/>
          <w:szCs w:val="32"/>
          <w:lang w:val="en-AU"/>
        </w:rPr>
        <w:t>$50</w:t>
      </w:r>
      <w:r w:rsidR="008B70C0" w:rsidRPr="0982B751">
        <w:rPr>
          <w:sz w:val="32"/>
          <w:szCs w:val="32"/>
          <w:lang w:val="en-AU"/>
        </w:rPr>
        <w:t>. This may be exchanged for Woolworths</w:t>
      </w:r>
      <w:r w:rsidR="00183F12" w:rsidRPr="0982B751">
        <w:rPr>
          <w:sz w:val="32"/>
          <w:szCs w:val="32"/>
          <w:lang w:val="en-AU"/>
        </w:rPr>
        <w:t xml:space="preserve">, </w:t>
      </w:r>
      <w:r w:rsidR="008B70C0" w:rsidRPr="0982B751">
        <w:rPr>
          <w:sz w:val="32"/>
          <w:szCs w:val="32"/>
          <w:lang w:val="en-AU"/>
        </w:rPr>
        <w:t>Coles</w:t>
      </w:r>
      <w:r w:rsidR="00183F12" w:rsidRPr="0982B751">
        <w:rPr>
          <w:sz w:val="32"/>
          <w:szCs w:val="32"/>
          <w:lang w:val="en-AU"/>
        </w:rPr>
        <w:t xml:space="preserve">, </w:t>
      </w:r>
      <w:r w:rsidR="000B5C3B" w:rsidRPr="0982B751">
        <w:rPr>
          <w:sz w:val="32"/>
          <w:szCs w:val="32"/>
          <w:lang w:val="en-AU"/>
        </w:rPr>
        <w:t>Amazon and a variety of other retail gift cards.</w:t>
      </w:r>
    </w:p>
    <w:p w14:paraId="2198EEF3" w14:textId="77777777" w:rsidR="00A5484B" w:rsidRPr="009D72F7" w:rsidRDefault="7ECEDB7F" w:rsidP="42AC352F">
      <w:pPr>
        <w:pStyle w:val="Heading2"/>
        <w:spacing w:line="480" w:lineRule="auto"/>
        <w:rPr>
          <w:sz w:val="40"/>
          <w:szCs w:val="40"/>
          <w:lang w:val="en-AU"/>
        </w:rPr>
      </w:pPr>
      <w:r w:rsidRPr="009D72F7">
        <w:rPr>
          <w:lang w:val="en-AU"/>
        </w:rPr>
        <w:t>What happens to my information?</w:t>
      </w:r>
    </w:p>
    <w:p w14:paraId="3F10039B" w14:textId="0539B7BC" w:rsidR="00A5484B" w:rsidRPr="009D72F7" w:rsidRDefault="7ECEDB7F" w:rsidP="0982B751">
      <w:pPr>
        <w:spacing w:line="480" w:lineRule="auto"/>
        <w:rPr>
          <w:sz w:val="32"/>
          <w:szCs w:val="32"/>
          <w:lang w:val="en-AU"/>
        </w:rPr>
      </w:pPr>
      <w:r w:rsidRPr="0982B751">
        <w:rPr>
          <w:sz w:val="32"/>
          <w:szCs w:val="32"/>
          <w:lang w:val="en-AU"/>
        </w:rPr>
        <w:t xml:space="preserve">Your </w:t>
      </w:r>
      <w:r w:rsidRPr="0982B751">
        <w:rPr>
          <w:b/>
          <w:bCs/>
          <w:sz w:val="32"/>
          <w:szCs w:val="32"/>
          <w:lang w:val="en-AU"/>
        </w:rPr>
        <w:t>information</w:t>
      </w:r>
      <w:r w:rsidRPr="0982B751">
        <w:rPr>
          <w:sz w:val="32"/>
          <w:szCs w:val="32"/>
          <w:lang w:val="en-AU"/>
        </w:rPr>
        <w:t xml:space="preserve"> is </w:t>
      </w:r>
      <w:r w:rsidRPr="0982B751">
        <w:rPr>
          <w:b/>
          <w:bCs/>
          <w:sz w:val="32"/>
          <w:szCs w:val="32"/>
          <w:lang w:val="en-AU"/>
        </w:rPr>
        <w:t>confidentia</w:t>
      </w:r>
      <w:r w:rsidRPr="0982B751">
        <w:rPr>
          <w:sz w:val="32"/>
          <w:szCs w:val="32"/>
          <w:lang w:val="en-AU"/>
        </w:rPr>
        <w:t>l</w:t>
      </w:r>
      <w:r w:rsidR="16CA4DE6" w:rsidRPr="0982B751">
        <w:rPr>
          <w:sz w:val="32"/>
          <w:szCs w:val="32"/>
          <w:lang w:val="en-AU"/>
        </w:rPr>
        <w:t xml:space="preserve"> 🔏</w:t>
      </w:r>
      <w:r w:rsidR="6CEDC601" w:rsidRPr="0982B751">
        <w:rPr>
          <w:sz w:val="32"/>
          <w:szCs w:val="32"/>
          <w:lang w:val="en-AU"/>
        </w:rPr>
        <w:t>.</w:t>
      </w:r>
      <w:r>
        <w:br/>
      </w:r>
      <w:r w:rsidRPr="0982B751">
        <w:rPr>
          <w:sz w:val="32"/>
          <w:szCs w:val="32"/>
          <w:lang w:val="en-AU"/>
        </w:rPr>
        <w:t xml:space="preserve">Your </w:t>
      </w:r>
      <w:r w:rsidRPr="0982B751">
        <w:rPr>
          <w:b/>
          <w:bCs/>
          <w:sz w:val="32"/>
          <w:szCs w:val="32"/>
          <w:lang w:val="en-AU"/>
        </w:rPr>
        <w:t>name</w:t>
      </w:r>
      <w:r w:rsidRPr="0982B751">
        <w:rPr>
          <w:sz w:val="32"/>
          <w:szCs w:val="32"/>
          <w:lang w:val="en-AU"/>
        </w:rPr>
        <w:t xml:space="preserve"> will be </w:t>
      </w:r>
      <w:r w:rsidRPr="0982B751">
        <w:rPr>
          <w:b/>
          <w:bCs/>
          <w:sz w:val="32"/>
          <w:szCs w:val="32"/>
          <w:lang w:val="en-AU"/>
        </w:rPr>
        <w:t>removed</w:t>
      </w:r>
      <w:r w:rsidR="61EE0ACD" w:rsidRPr="0982B751">
        <w:rPr>
          <w:b/>
          <w:bCs/>
          <w:sz w:val="32"/>
          <w:szCs w:val="32"/>
          <w:lang w:val="en-AU"/>
        </w:rPr>
        <w:t>.</w:t>
      </w:r>
      <w:r>
        <w:br/>
      </w:r>
      <w:r w:rsidRPr="0982B751">
        <w:rPr>
          <w:b/>
          <w:bCs/>
          <w:sz w:val="32"/>
          <w:szCs w:val="32"/>
          <w:lang w:val="en-AU"/>
        </w:rPr>
        <w:t>Data</w:t>
      </w:r>
      <w:r w:rsidRPr="0982B751">
        <w:rPr>
          <w:sz w:val="32"/>
          <w:szCs w:val="32"/>
          <w:lang w:val="en-AU"/>
        </w:rPr>
        <w:t xml:space="preserve"> is stored </w:t>
      </w:r>
      <w:r w:rsidRPr="0982B751">
        <w:rPr>
          <w:b/>
          <w:bCs/>
          <w:sz w:val="32"/>
          <w:szCs w:val="32"/>
          <w:lang w:val="en-AU"/>
        </w:rPr>
        <w:t>securely</w:t>
      </w:r>
      <w:r w:rsidR="13E28342" w:rsidRPr="0982B751">
        <w:rPr>
          <w:sz w:val="32"/>
          <w:szCs w:val="32"/>
          <w:lang w:val="en-AU"/>
        </w:rPr>
        <w:t xml:space="preserve"> 🔒</w:t>
      </w:r>
      <w:r w:rsidR="508B79A0" w:rsidRPr="0982B751">
        <w:rPr>
          <w:sz w:val="32"/>
          <w:szCs w:val="32"/>
          <w:lang w:val="en-AU"/>
        </w:rPr>
        <w:t>.</w:t>
      </w:r>
    </w:p>
    <w:p w14:paraId="44BA821F" w14:textId="2118B4F1" w:rsidR="248165E8" w:rsidRDefault="248165E8" w:rsidP="0982B751">
      <w:pPr>
        <w:spacing w:line="480" w:lineRule="auto"/>
        <w:rPr>
          <w:sz w:val="36"/>
          <w:szCs w:val="36"/>
          <w:lang w:val="en-AU"/>
        </w:rPr>
      </w:pPr>
      <w:r w:rsidRPr="0982B751">
        <w:rPr>
          <w:b/>
          <w:bCs/>
          <w:sz w:val="32"/>
          <w:szCs w:val="32"/>
          <w:lang w:val="en-AU"/>
        </w:rPr>
        <w:lastRenderedPageBreak/>
        <w:t>Only</w:t>
      </w:r>
      <w:r w:rsidRPr="0982B751">
        <w:rPr>
          <w:sz w:val="32"/>
          <w:szCs w:val="32"/>
          <w:lang w:val="en-AU"/>
        </w:rPr>
        <w:t xml:space="preserve"> the </w:t>
      </w:r>
      <w:r w:rsidRPr="0982B751">
        <w:rPr>
          <w:b/>
          <w:bCs/>
          <w:sz w:val="32"/>
          <w:szCs w:val="32"/>
          <w:lang w:val="en-AU"/>
        </w:rPr>
        <w:t>research team</w:t>
      </w:r>
      <w:r w:rsidRPr="0982B751">
        <w:rPr>
          <w:sz w:val="32"/>
          <w:szCs w:val="32"/>
          <w:lang w:val="en-AU"/>
        </w:rPr>
        <w:t xml:space="preserve"> can </w:t>
      </w:r>
      <w:r w:rsidRPr="0982B751">
        <w:rPr>
          <w:b/>
          <w:bCs/>
          <w:sz w:val="32"/>
          <w:szCs w:val="32"/>
          <w:lang w:val="en-AU"/>
        </w:rPr>
        <w:t>access</w:t>
      </w:r>
      <w:r w:rsidRPr="0982B751">
        <w:rPr>
          <w:sz w:val="32"/>
          <w:szCs w:val="32"/>
          <w:lang w:val="en-AU"/>
        </w:rPr>
        <w:t xml:space="preserve"> it.</w:t>
      </w:r>
    </w:p>
    <w:p w14:paraId="20F2C678" w14:textId="04B13175" w:rsidR="00A5484B" w:rsidRPr="009D72F7" w:rsidRDefault="77DF7707" w:rsidP="42AC352F">
      <w:pPr>
        <w:spacing w:line="48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 xml:space="preserve">We </w:t>
      </w:r>
      <w:r w:rsidRPr="0982B751">
        <w:rPr>
          <w:b/>
          <w:bCs/>
          <w:sz w:val="32"/>
          <w:szCs w:val="32"/>
          <w:lang w:val="en-AU"/>
        </w:rPr>
        <w:t xml:space="preserve">won’t </w:t>
      </w:r>
      <w:r w:rsidRPr="0982B751">
        <w:rPr>
          <w:sz w:val="32"/>
          <w:szCs w:val="32"/>
          <w:lang w:val="en-AU"/>
        </w:rPr>
        <w:t>use your name in the results</w:t>
      </w:r>
      <w:r w:rsidR="726DDA1E" w:rsidRPr="0982B751">
        <w:rPr>
          <w:sz w:val="32"/>
          <w:szCs w:val="32"/>
          <w:lang w:val="en-AU"/>
        </w:rPr>
        <w:t>.</w:t>
      </w:r>
      <w:r>
        <w:br/>
      </w:r>
      <w:r>
        <w:br/>
      </w:r>
      <w:r w:rsidR="7ECEDB7F" w:rsidRPr="0982B751">
        <w:rPr>
          <w:b/>
          <w:bCs/>
          <w:sz w:val="32"/>
          <w:szCs w:val="32"/>
          <w:lang w:val="en-AU"/>
        </w:rPr>
        <w:t>Data</w:t>
      </w:r>
      <w:r w:rsidR="7ECEDB7F" w:rsidRPr="0982B751">
        <w:rPr>
          <w:sz w:val="32"/>
          <w:szCs w:val="32"/>
          <w:lang w:val="en-AU"/>
        </w:rPr>
        <w:t xml:space="preserve"> is kept for</w:t>
      </w:r>
      <w:r w:rsidR="0FD32DEC" w:rsidRPr="0982B751">
        <w:rPr>
          <w:sz w:val="32"/>
          <w:szCs w:val="32"/>
          <w:lang w:val="en-AU"/>
        </w:rPr>
        <w:t xml:space="preserve"> </w:t>
      </w:r>
      <w:r w:rsidR="7ECEDB7F" w:rsidRPr="0982B751">
        <w:rPr>
          <w:b/>
          <w:bCs/>
          <w:sz w:val="32"/>
          <w:szCs w:val="32"/>
          <w:lang w:val="en-AU"/>
        </w:rPr>
        <w:t>7 years</w:t>
      </w:r>
      <w:r w:rsidR="6B223670" w:rsidRPr="0982B751">
        <w:rPr>
          <w:b/>
          <w:bCs/>
          <w:sz w:val="32"/>
          <w:szCs w:val="32"/>
          <w:lang w:val="en-AU"/>
        </w:rPr>
        <w:t xml:space="preserve"> </w:t>
      </w:r>
      <w:r w:rsidR="7ECEDB7F" w:rsidRPr="002A435C">
        <w:rPr>
          <w:sz w:val="32"/>
          <w:szCs w:val="32"/>
          <w:lang w:val="en-AU"/>
        </w:rPr>
        <w:t>then</w:t>
      </w:r>
      <w:r w:rsidR="7ECEDB7F" w:rsidRPr="0982B751">
        <w:rPr>
          <w:sz w:val="32"/>
          <w:szCs w:val="32"/>
          <w:lang w:val="en-AU"/>
        </w:rPr>
        <w:t xml:space="preserve"> </w:t>
      </w:r>
      <w:r w:rsidR="7ECEDB7F" w:rsidRPr="0982B751">
        <w:rPr>
          <w:b/>
          <w:bCs/>
          <w:sz w:val="32"/>
          <w:szCs w:val="32"/>
          <w:lang w:val="en-AU"/>
        </w:rPr>
        <w:t>deleted</w:t>
      </w:r>
      <w:r w:rsidR="4DAAF808" w:rsidRPr="0982B751">
        <w:rPr>
          <w:b/>
          <w:bCs/>
          <w:sz w:val="32"/>
          <w:szCs w:val="32"/>
          <w:lang w:val="en-AU"/>
        </w:rPr>
        <w:t>.</w:t>
      </w:r>
    </w:p>
    <w:p w14:paraId="1CB4ABD6" w14:textId="77777777" w:rsidR="00A5484B" w:rsidRPr="009D72F7" w:rsidRDefault="7ECEDB7F" w:rsidP="42AC352F">
      <w:pPr>
        <w:pStyle w:val="Heading2"/>
        <w:spacing w:line="480" w:lineRule="auto"/>
        <w:rPr>
          <w:sz w:val="40"/>
          <w:szCs w:val="40"/>
          <w:lang w:val="en-AU"/>
        </w:rPr>
      </w:pPr>
      <w:r w:rsidRPr="009D72F7">
        <w:rPr>
          <w:lang w:val="en-AU"/>
        </w:rPr>
        <w:t>Will I hear about the results?</w:t>
      </w:r>
    </w:p>
    <w:p w14:paraId="5A30EABC" w14:textId="70D64E59" w:rsidR="00A5484B" w:rsidRPr="009D72F7" w:rsidRDefault="7ECEDB7F" w:rsidP="42AC352F">
      <w:pPr>
        <w:spacing w:line="480" w:lineRule="auto"/>
        <w:rPr>
          <w:b/>
          <w:bCs/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 xml:space="preserve">✔ </w:t>
      </w:r>
      <w:r w:rsidRPr="002A435C">
        <w:rPr>
          <w:b/>
          <w:bCs/>
          <w:sz w:val="32"/>
          <w:szCs w:val="32"/>
          <w:lang w:val="en-AU"/>
        </w:rPr>
        <w:t>Yes</w:t>
      </w:r>
      <w:r w:rsidR="2AEB6970" w:rsidRPr="0982B751">
        <w:rPr>
          <w:sz w:val="32"/>
          <w:szCs w:val="32"/>
          <w:lang w:val="en-AU"/>
        </w:rPr>
        <w:t>, you will hear about the results.</w:t>
      </w:r>
      <w:r>
        <w:br/>
      </w:r>
      <w:r>
        <w:br/>
      </w:r>
      <w:r w:rsidRPr="0982B751">
        <w:rPr>
          <w:sz w:val="32"/>
          <w:szCs w:val="32"/>
          <w:lang w:val="en-AU"/>
        </w:rPr>
        <w:t>You can ask for:</w:t>
      </w:r>
      <w:r>
        <w:br/>
      </w:r>
      <w:r w:rsidRPr="0982B751">
        <w:rPr>
          <w:sz w:val="32"/>
          <w:szCs w:val="32"/>
          <w:lang w:val="en-AU"/>
        </w:rPr>
        <w:t xml:space="preserve">- a </w:t>
      </w:r>
      <w:r w:rsidRPr="0982B751">
        <w:rPr>
          <w:b/>
          <w:bCs/>
          <w:sz w:val="32"/>
          <w:szCs w:val="32"/>
          <w:lang w:val="en-AU"/>
        </w:rPr>
        <w:t>plain-language</w:t>
      </w:r>
      <w:r w:rsidRPr="0982B751">
        <w:rPr>
          <w:sz w:val="32"/>
          <w:szCs w:val="32"/>
          <w:lang w:val="en-AU"/>
        </w:rPr>
        <w:t xml:space="preserve"> </w:t>
      </w:r>
      <w:r w:rsidRPr="0982B751">
        <w:rPr>
          <w:b/>
          <w:bCs/>
          <w:sz w:val="32"/>
          <w:szCs w:val="32"/>
          <w:lang w:val="en-AU"/>
        </w:rPr>
        <w:t>summary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updates</w:t>
      </w:r>
      <w:r w:rsidRPr="0982B751">
        <w:rPr>
          <w:sz w:val="32"/>
          <w:szCs w:val="32"/>
          <w:lang w:val="en-AU"/>
        </w:rPr>
        <w:t xml:space="preserve"> about the </w:t>
      </w:r>
      <w:r w:rsidRPr="0982B751">
        <w:rPr>
          <w:b/>
          <w:bCs/>
          <w:sz w:val="32"/>
          <w:szCs w:val="32"/>
          <w:lang w:val="en-AU"/>
        </w:rPr>
        <w:t>study</w:t>
      </w:r>
    </w:p>
    <w:p w14:paraId="21AA1EC4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t>What if I change my mind?</w:t>
      </w:r>
    </w:p>
    <w:p w14:paraId="0CC2A068" w14:textId="1CC30ED4" w:rsidR="00A5484B" w:rsidRPr="009D72F7" w:rsidRDefault="7ECEDB7F" w:rsidP="0982B751">
      <w:pPr>
        <w:spacing w:line="360" w:lineRule="auto"/>
        <w:rPr>
          <w:b/>
          <w:bCs/>
          <w:sz w:val="32"/>
          <w:szCs w:val="32"/>
          <w:lang w:val="en-AU"/>
        </w:rPr>
      </w:pPr>
      <w:r w:rsidRPr="0982B751">
        <w:rPr>
          <w:sz w:val="32"/>
          <w:szCs w:val="32"/>
          <w:lang w:val="en-AU"/>
        </w:rPr>
        <w:t>You can:</w:t>
      </w:r>
      <w:r>
        <w:br/>
      </w: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stop</w:t>
      </w:r>
      <w:r w:rsidRPr="0982B751">
        <w:rPr>
          <w:sz w:val="32"/>
          <w:szCs w:val="32"/>
          <w:lang w:val="en-AU"/>
        </w:rPr>
        <w:t xml:space="preserve"> at </w:t>
      </w:r>
      <w:r w:rsidRPr="0982B751">
        <w:rPr>
          <w:b/>
          <w:bCs/>
          <w:sz w:val="32"/>
          <w:szCs w:val="32"/>
          <w:lang w:val="en-AU"/>
        </w:rPr>
        <w:t>any time</w:t>
      </w:r>
      <w:r w:rsidR="3426C3C7" w:rsidRPr="0982B751">
        <w:rPr>
          <w:b/>
          <w:bCs/>
          <w:sz w:val="32"/>
          <w:szCs w:val="32"/>
          <w:lang w:val="en-AU"/>
        </w:rPr>
        <w:t xml:space="preserve"> 🛑</w:t>
      </w:r>
    </w:p>
    <w:p w14:paraId="166B1155" w14:textId="7699BD35" w:rsidR="00A5484B" w:rsidRPr="009D72F7" w:rsidRDefault="7ECEDB7F" w:rsidP="0982B751">
      <w:pPr>
        <w:spacing w:line="360" w:lineRule="auto"/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 xml:space="preserve">- </w:t>
      </w:r>
      <w:r w:rsidRPr="0982B751">
        <w:rPr>
          <w:b/>
          <w:bCs/>
          <w:sz w:val="32"/>
          <w:szCs w:val="32"/>
          <w:lang w:val="en-AU"/>
        </w:rPr>
        <w:t>withdraw without</w:t>
      </w:r>
      <w:r w:rsidRPr="0982B751">
        <w:rPr>
          <w:sz w:val="32"/>
          <w:szCs w:val="32"/>
          <w:lang w:val="en-AU"/>
        </w:rPr>
        <w:t xml:space="preserve"> giving </w:t>
      </w:r>
      <w:r w:rsidRPr="0982B751">
        <w:rPr>
          <w:b/>
          <w:bCs/>
          <w:sz w:val="32"/>
          <w:szCs w:val="32"/>
          <w:lang w:val="en-AU"/>
        </w:rPr>
        <w:t>a reason</w:t>
      </w:r>
      <w:r>
        <w:br/>
      </w:r>
      <w:r>
        <w:br/>
      </w:r>
      <w:r w:rsidRPr="0982B751">
        <w:rPr>
          <w:sz w:val="32"/>
          <w:szCs w:val="32"/>
          <w:lang w:val="en-AU"/>
        </w:rPr>
        <w:t>We will explain what data can be removed.</w:t>
      </w:r>
    </w:p>
    <w:p w14:paraId="2484B256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lastRenderedPageBreak/>
        <w:t>Who can I contact?</w:t>
      </w:r>
    </w:p>
    <w:p w14:paraId="11BA5986" w14:textId="021C8CC6" w:rsidR="00A5484B" w:rsidRPr="009D72F7" w:rsidRDefault="7ECEDB7F">
      <w:pPr>
        <w:rPr>
          <w:sz w:val="36"/>
          <w:szCs w:val="36"/>
          <w:lang w:val="en-AU"/>
        </w:rPr>
      </w:pPr>
      <w:r w:rsidRPr="0982B751">
        <w:rPr>
          <w:sz w:val="32"/>
          <w:szCs w:val="32"/>
          <w:lang w:val="en-AU"/>
        </w:rPr>
        <w:t>Researcher:</w:t>
      </w:r>
      <w:r>
        <w:br/>
      </w:r>
      <w:r w:rsidRPr="002A435C">
        <w:rPr>
          <w:b/>
          <w:bCs/>
          <w:sz w:val="32"/>
          <w:szCs w:val="32"/>
          <w:lang w:val="en-AU"/>
        </w:rPr>
        <w:t xml:space="preserve">Dr </w:t>
      </w:r>
      <w:r w:rsidR="00E378C5" w:rsidRPr="0982B751">
        <w:rPr>
          <w:b/>
          <w:bCs/>
          <w:sz w:val="32"/>
          <w:szCs w:val="32"/>
          <w:lang w:val="en-AU"/>
        </w:rPr>
        <w:t>John Pierce</w:t>
      </w:r>
      <w:r>
        <w:br/>
      </w:r>
      <w:r>
        <w:br/>
      </w:r>
      <w:r w:rsidRPr="0982B751">
        <w:rPr>
          <w:sz w:val="32"/>
          <w:szCs w:val="32"/>
          <w:lang w:val="en-AU"/>
        </w:rPr>
        <w:t xml:space="preserve">Phone: </w:t>
      </w:r>
      <w:r w:rsidR="372ABFCD" w:rsidRPr="0982B751">
        <w:rPr>
          <w:sz w:val="32"/>
          <w:szCs w:val="32"/>
          <w:lang w:val="en-AU"/>
        </w:rPr>
        <w:t>03 9479 60</w:t>
      </w:r>
      <w:r w:rsidR="70A2EB98" w:rsidRPr="0982B751">
        <w:rPr>
          <w:sz w:val="32"/>
          <w:szCs w:val="32"/>
          <w:lang w:val="en-AU"/>
        </w:rPr>
        <w:t>96</w:t>
      </w:r>
      <w:r>
        <w:br/>
      </w:r>
      <w:r w:rsidRPr="0982B751">
        <w:rPr>
          <w:sz w:val="32"/>
          <w:szCs w:val="32"/>
          <w:lang w:val="en-AU"/>
        </w:rPr>
        <w:t xml:space="preserve">Email: </w:t>
      </w:r>
      <w:r w:rsidR="510FB37A" w:rsidRPr="0982B751">
        <w:rPr>
          <w:sz w:val="32"/>
          <w:szCs w:val="32"/>
          <w:lang w:val="en-AU"/>
        </w:rPr>
        <w:t xml:space="preserve">j.pierce@latrobe.edu.au </w:t>
      </w:r>
    </w:p>
    <w:p w14:paraId="350919B6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t>Complaints or concerns?</w:t>
      </w:r>
    </w:p>
    <w:p w14:paraId="392C1F27" w14:textId="77777777" w:rsidR="00A5484B" w:rsidRPr="009D72F7" w:rsidRDefault="7ECEDB7F" w:rsidP="330FFF8A">
      <w:pPr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If you have concerns, contact: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Senior Research Ethics Officer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La Trobe University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📞 03 9479 1443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✉ humanethics@latrobe.edu.au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Quote ethics number: TBC</w:t>
      </w:r>
    </w:p>
    <w:p w14:paraId="4E63A40E" w14:textId="53FE5C21" w:rsidR="00A5484B" w:rsidRPr="000356B5" w:rsidRDefault="00BD20B2" w:rsidP="000356B5">
      <w:pPr>
        <w:pStyle w:val="Heading1"/>
        <w:rPr>
          <w:sz w:val="32"/>
          <w:szCs w:val="32"/>
          <w:lang w:val="en-AU"/>
        </w:rPr>
      </w:pPr>
      <w:r w:rsidRPr="009D72F7">
        <w:rPr>
          <w:sz w:val="32"/>
          <w:szCs w:val="32"/>
          <w:lang w:val="en-AU"/>
        </w:rPr>
        <w:br w:type="page"/>
      </w:r>
      <w:r w:rsidR="7ECEDB7F" w:rsidRPr="009D72F7">
        <w:rPr>
          <w:lang w:val="en-AU"/>
        </w:rPr>
        <w:lastRenderedPageBreak/>
        <w:t>Consent Form</w:t>
      </w:r>
    </w:p>
    <w:p w14:paraId="5F998161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t>Consent to take part</w:t>
      </w:r>
    </w:p>
    <w:p w14:paraId="1F054D58" w14:textId="77777777" w:rsidR="00A5484B" w:rsidRPr="009D72F7" w:rsidRDefault="7ECEDB7F" w:rsidP="330FFF8A">
      <w:pPr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I have: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 xml:space="preserve">- </w:t>
      </w:r>
      <w:r w:rsidRPr="009D72F7">
        <w:rPr>
          <w:b/>
          <w:bCs/>
          <w:sz w:val="32"/>
          <w:szCs w:val="32"/>
          <w:lang w:val="en-AU"/>
        </w:rPr>
        <w:t>read</w:t>
      </w:r>
      <w:r w:rsidRPr="009D72F7">
        <w:rPr>
          <w:sz w:val="32"/>
          <w:szCs w:val="32"/>
          <w:lang w:val="en-AU"/>
        </w:rPr>
        <w:t xml:space="preserve"> this information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 xml:space="preserve">- had it </w:t>
      </w:r>
      <w:r w:rsidRPr="009D72F7">
        <w:rPr>
          <w:b/>
          <w:bCs/>
          <w:sz w:val="32"/>
          <w:szCs w:val="32"/>
          <w:lang w:val="en-AU"/>
        </w:rPr>
        <w:t>explained</w:t>
      </w:r>
      <w:r w:rsidRPr="009D72F7">
        <w:rPr>
          <w:sz w:val="32"/>
          <w:szCs w:val="32"/>
          <w:lang w:val="en-AU"/>
        </w:rPr>
        <w:t xml:space="preserve"> to me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 xml:space="preserve">- </w:t>
      </w:r>
      <w:r w:rsidRPr="009D72F7">
        <w:rPr>
          <w:b/>
          <w:bCs/>
          <w:sz w:val="32"/>
          <w:szCs w:val="32"/>
          <w:lang w:val="en-AU"/>
        </w:rPr>
        <w:t>asked</w:t>
      </w:r>
      <w:r w:rsidRPr="009D72F7">
        <w:rPr>
          <w:sz w:val="32"/>
          <w:szCs w:val="32"/>
          <w:lang w:val="en-AU"/>
        </w:rPr>
        <w:t xml:space="preserve"> questions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✔ I agree to take part in this research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Name: ______________________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Signature: __________________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Date: ______________________</w:t>
      </w:r>
    </w:p>
    <w:p w14:paraId="2974DA0C" w14:textId="77777777" w:rsidR="00A5484B" w:rsidRPr="009D72F7" w:rsidRDefault="7ECEDB7F" w:rsidP="330FFF8A">
      <w:pPr>
        <w:pStyle w:val="Heading2"/>
        <w:rPr>
          <w:sz w:val="40"/>
          <w:szCs w:val="40"/>
          <w:lang w:val="en-AU"/>
        </w:rPr>
      </w:pPr>
      <w:r w:rsidRPr="009D72F7">
        <w:rPr>
          <w:lang w:val="en-AU"/>
        </w:rPr>
        <w:t>Researcher signature</w:t>
      </w:r>
    </w:p>
    <w:p w14:paraId="02DDD73A" w14:textId="77777777" w:rsidR="00A5484B" w:rsidRPr="009D72F7" w:rsidRDefault="7ECEDB7F" w:rsidP="330FFF8A">
      <w:pPr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I have explained this study in an aphasia-friendly way.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Name: ______________________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Signature: __________________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Date: ______________________</w:t>
      </w:r>
    </w:p>
    <w:p w14:paraId="13968FE2" w14:textId="77777777" w:rsidR="00A5484B" w:rsidRPr="009D72F7" w:rsidRDefault="00BD20B2" w:rsidP="330FFF8A">
      <w:pPr>
        <w:rPr>
          <w:sz w:val="32"/>
          <w:szCs w:val="32"/>
          <w:lang w:val="en-AU"/>
        </w:rPr>
      </w:pPr>
      <w:r w:rsidRPr="009D72F7">
        <w:rPr>
          <w:sz w:val="32"/>
          <w:szCs w:val="32"/>
          <w:lang w:val="en-AU"/>
        </w:rPr>
        <w:br w:type="page"/>
      </w:r>
    </w:p>
    <w:p w14:paraId="121A9358" w14:textId="77777777" w:rsidR="00A5484B" w:rsidRPr="009D72F7" w:rsidRDefault="7ECEDB7F" w:rsidP="330FFF8A">
      <w:pPr>
        <w:pStyle w:val="Heading1"/>
        <w:rPr>
          <w:sz w:val="44"/>
          <w:szCs w:val="44"/>
          <w:lang w:val="en-AU"/>
        </w:rPr>
      </w:pPr>
      <w:r w:rsidRPr="009D72F7">
        <w:rPr>
          <w:sz w:val="40"/>
          <w:szCs w:val="40"/>
          <w:lang w:val="en-AU"/>
        </w:rPr>
        <w:lastRenderedPageBreak/>
        <w:t>Withdrawal Form</w:t>
      </w:r>
    </w:p>
    <w:p w14:paraId="209350F7" w14:textId="77777777" w:rsidR="00A5484B" w:rsidRPr="009D72F7" w:rsidRDefault="7ECEDB7F" w:rsidP="330FFF8A">
      <w:pPr>
        <w:rPr>
          <w:sz w:val="36"/>
          <w:szCs w:val="36"/>
          <w:lang w:val="en-AU"/>
        </w:rPr>
      </w:pPr>
      <w:r w:rsidRPr="009D72F7">
        <w:rPr>
          <w:sz w:val="32"/>
          <w:szCs w:val="32"/>
          <w:lang w:val="en-AU"/>
        </w:rPr>
        <w:t>I wish to withdraw from the study: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 xml:space="preserve">People </w:t>
      </w:r>
      <w:proofErr w:type="gramStart"/>
      <w:r w:rsidRPr="009D72F7">
        <w:rPr>
          <w:sz w:val="32"/>
          <w:szCs w:val="32"/>
          <w:lang w:val="en-AU"/>
        </w:rPr>
        <w:t>With</w:t>
      </w:r>
      <w:proofErr w:type="gramEnd"/>
      <w:r w:rsidRPr="009D72F7">
        <w:rPr>
          <w:sz w:val="32"/>
          <w:szCs w:val="32"/>
          <w:lang w:val="en-AU"/>
        </w:rPr>
        <w:t xml:space="preserve"> Aphasia and Artificial Intelligence</w:t>
      </w:r>
      <w:r w:rsidR="00BD20B2" w:rsidRPr="009D72F7">
        <w:rPr>
          <w:lang w:val="en-AU"/>
        </w:rPr>
        <w:br/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Name: ______________________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Signature: __________________</w:t>
      </w:r>
      <w:r w:rsidR="00BD20B2" w:rsidRPr="009D72F7">
        <w:rPr>
          <w:lang w:val="en-AU"/>
        </w:rPr>
        <w:br/>
      </w:r>
      <w:r w:rsidRPr="009D72F7">
        <w:rPr>
          <w:sz w:val="32"/>
          <w:szCs w:val="32"/>
          <w:lang w:val="en-AU"/>
        </w:rPr>
        <w:t>Date: ______________________</w:t>
      </w:r>
    </w:p>
    <w:sectPr w:rsidR="00A5484B" w:rsidRPr="009D72F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A44EA9"/>
    <w:multiLevelType w:val="multilevel"/>
    <w:tmpl w:val="D366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9334FE"/>
    <w:multiLevelType w:val="multilevel"/>
    <w:tmpl w:val="49AA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7417D6"/>
    <w:multiLevelType w:val="multilevel"/>
    <w:tmpl w:val="626A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FB227B"/>
    <w:multiLevelType w:val="multilevel"/>
    <w:tmpl w:val="E830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007179"/>
    <w:multiLevelType w:val="multilevel"/>
    <w:tmpl w:val="EAC4F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B2294D"/>
    <w:multiLevelType w:val="hybridMultilevel"/>
    <w:tmpl w:val="FFFFFFFF"/>
    <w:lvl w:ilvl="0" w:tplc="A78E9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1E98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2C6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22E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4C25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6A82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141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C244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964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C18F9"/>
    <w:multiLevelType w:val="multilevel"/>
    <w:tmpl w:val="8AF08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48777A"/>
    <w:multiLevelType w:val="multilevel"/>
    <w:tmpl w:val="C050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19333B"/>
    <w:multiLevelType w:val="multilevel"/>
    <w:tmpl w:val="2C46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7080305">
    <w:abstractNumId w:val="8"/>
  </w:num>
  <w:num w:numId="2" w16cid:durableId="1398162811">
    <w:abstractNumId w:val="6"/>
  </w:num>
  <w:num w:numId="3" w16cid:durableId="1606107762">
    <w:abstractNumId w:val="5"/>
  </w:num>
  <w:num w:numId="4" w16cid:durableId="521090178">
    <w:abstractNumId w:val="4"/>
  </w:num>
  <w:num w:numId="5" w16cid:durableId="1024863175">
    <w:abstractNumId w:val="7"/>
  </w:num>
  <w:num w:numId="6" w16cid:durableId="550775405">
    <w:abstractNumId w:val="3"/>
  </w:num>
  <w:num w:numId="7" w16cid:durableId="641540747">
    <w:abstractNumId w:val="2"/>
  </w:num>
  <w:num w:numId="8" w16cid:durableId="1953127200">
    <w:abstractNumId w:val="1"/>
  </w:num>
  <w:num w:numId="9" w16cid:durableId="549264010">
    <w:abstractNumId w:val="0"/>
  </w:num>
  <w:num w:numId="10" w16cid:durableId="1603806841">
    <w:abstractNumId w:val="14"/>
  </w:num>
  <w:num w:numId="11" w16cid:durableId="435831606">
    <w:abstractNumId w:val="10"/>
  </w:num>
  <w:num w:numId="12" w16cid:durableId="676425655">
    <w:abstractNumId w:val="16"/>
  </w:num>
  <w:num w:numId="13" w16cid:durableId="1085299579">
    <w:abstractNumId w:val="15"/>
  </w:num>
  <w:num w:numId="14" w16cid:durableId="1286541458">
    <w:abstractNumId w:val="11"/>
  </w:num>
  <w:num w:numId="15" w16cid:durableId="1700274656">
    <w:abstractNumId w:val="13"/>
  </w:num>
  <w:num w:numId="16" w16cid:durableId="300579055">
    <w:abstractNumId w:val="12"/>
  </w:num>
  <w:num w:numId="17" w16cid:durableId="401297578">
    <w:abstractNumId w:val="17"/>
  </w:num>
  <w:num w:numId="18" w16cid:durableId="8397328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25F44"/>
    <w:rsid w:val="00031E21"/>
    <w:rsid w:val="0003393C"/>
    <w:rsid w:val="00034616"/>
    <w:rsid w:val="000356B5"/>
    <w:rsid w:val="000468EF"/>
    <w:rsid w:val="0006052B"/>
    <w:rsid w:val="0006063C"/>
    <w:rsid w:val="0007423A"/>
    <w:rsid w:val="00084A85"/>
    <w:rsid w:val="00092878"/>
    <w:rsid w:val="000A7F83"/>
    <w:rsid w:val="000B5C3B"/>
    <w:rsid w:val="000C525D"/>
    <w:rsid w:val="000C79A5"/>
    <w:rsid w:val="000D0167"/>
    <w:rsid w:val="000D081C"/>
    <w:rsid w:val="000D1B63"/>
    <w:rsid w:val="000D51FD"/>
    <w:rsid w:val="0010406D"/>
    <w:rsid w:val="00114A96"/>
    <w:rsid w:val="00123A1C"/>
    <w:rsid w:val="0012719A"/>
    <w:rsid w:val="00130E2F"/>
    <w:rsid w:val="00136545"/>
    <w:rsid w:val="00142F4C"/>
    <w:rsid w:val="00144362"/>
    <w:rsid w:val="0014486F"/>
    <w:rsid w:val="0015074B"/>
    <w:rsid w:val="001613E2"/>
    <w:rsid w:val="00183F12"/>
    <w:rsid w:val="0019521D"/>
    <w:rsid w:val="0021312C"/>
    <w:rsid w:val="002265CD"/>
    <w:rsid w:val="002408A7"/>
    <w:rsid w:val="0024238A"/>
    <w:rsid w:val="00245E80"/>
    <w:rsid w:val="002706DF"/>
    <w:rsid w:val="00280538"/>
    <w:rsid w:val="002908B0"/>
    <w:rsid w:val="0029639D"/>
    <w:rsid w:val="002978E6"/>
    <w:rsid w:val="002A435C"/>
    <w:rsid w:val="002C08B7"/>
    <w:rsid w:val="002E0010"/>
    <w:rsid w:val="0032575B"/>
    <w:rsid w:val="00326F90"/>
    <w:rsid w:val="0032772C"/>
    <w:rsid w:val="00343BEE"/>
    <w:rsid w:val="00354D3C"/>
    <w:rsid w:val="00364C92"/>
    <w:rsid w:val="00370471"/>
    <w:rsid w:val="003760C0"/>
    <w:rsid w:val="00381A52"/>
    <w:rsid w:val="00382968"/>
    <w:rsid w:val="00390203"/>
    <w:rsid w:val="00392DD8"/>
    <w:rsid w:val="003B6232"/>
    <w:rsid w:val="003C61D4"/>
    <w:rsid w:val="003C7BC6"/>
    <w:rsid w:val="003D0E61"/>
    <w:rsid w:val="003F3647"/>
    <w:rsid w:val="003F7B9B"/>
    <w:rsid w:val="00424154"/>
    <w:rsid w:val="00436C37"/>
    <w:rsid w:val="00461F73"/>
    <w:rsid w:val="004833D9"/>
    <w:rsid w:val="004A2C43"/>
    <w:rsid w:val="004D0FB4"/>
    <w:rsid w:val="004D2CAF"/>
    <w:rsid w:val="0052070B"/>
    <w:rsid w:val="00522B6B"/>
    <w:rsid w:val="0053339E"/>
    <w:rsid w:val="005456E7"/>
    <w:rsid w:val="005632EC"/>
    <w:rsid w:val="005643F9"/>
    <w:rsid w:val="00575EFE"/>
    <w:rsid w:val="00587B23"/>
    <w:rsid w:val="005946EA"/>
    <w:rsid w:val="005B529E"/>
    <w:rsid w:val="005B7C39"/>
    <w:rsid w:val="005D40A7"/>
    <w:rsid w:val="005D7EDC"/>
    <w:rsid w:val="005E1F16"/>
    <w:rsid w:val="005F1A46"/>
    <w:rsid w:val="00615B7B"/>
    <w:rsid w:val="00616022"/>
    <w:rsid w:val="00627C06"/>
    <w:rsid w:val="00630028"/>
    <w:rsid w:val="00664335"/>
    <w:rsid w:val="00677873"/>
    <w:rsid w:val="00693585"/>
    <w:rsid w:val="006A30D4"/>
    <w:rsid w:val="006D0EE8"/>
    <w:rsid w:val="00702DE1"/>
    <w:rsid w:val="007077BE"/>
    <w:rsid w:val="007224BD"/>
    <w:rsid w:val="007304E8"/>
    <w:rsid w:val="00734477"/>
    <w:rsid w:val="007374F7"/>
    <w:rsid w:val="00773049"/>
    <w:rsid w:val="007739B9"/>
    <w:rsid w:val="00781912"/>
    <w:rsid w:val="00792BC6"/>
    <w:rsid w:val="0079766B"/>
    <w:rsid w:val="00797A91"/>
    <w:rsid w:val="007A4E0F"/>
    <w:rsid w:val="007A7B01"/>
    <w:rsid w:val="007C4810"/>
    <w:rsid w:val="007D5EA5"/>
    <w:rsid w:val="007F0C69"/>
    <w:rsid w:val="007F538A"/>
    <w:rsid w:val="0080031E"/>
    <w:rsid w:val="008024EF"/>
    <w:rsid w:val="008166C3"/>
    <w:rsid w:val="0084292B"/>
    <w:rsid w:val="00852CB4"/>
    <w:rsid w:val="0085333F"/>
    <w:rsid w:val="00866D45"/>
    <w:rsid w:val="00876933"/>
    <w:rsid w:val="00880A12"/>
    <w:rsid w:val="008906F8"/>
    <w:rsid w:val="008A50FE"/>
    <w:rsid w:val="008B327F"/>
    <w:rsid w:val="008B3D38"/>
    <w:rsid w:val="008B69F4"/>
    <w:rsid w:val="008B70C0"/>
    <w:rsid w:val="008C4042"/>
    <w:rsid w:val="008C5EEA"/>
    <w:rsid w:val="008C65B3"/>
    <w:rsid w:val="008F1C09"/>
    <w:rsid w:val="008F3AAA"/>
    <w:rsid w:val="009010DD"/>
    <w:rsid w:val="00915DB3"/>
    <w:rsid w:val="0092618B"/>
    <w:rsid w:val="00983BDB"/>
    <w:rsid w:val="009A26B4"/>
    <w:rsid w:val="009B63FB"/>
    <w:rsid w:val="009D72F7"/>
    <w:rsid w:val="009E360A"/>
    <w:rsid w:val="00A03D8A"/>
    <w:rsid w:val="00A31656"/>
    <w:rsid w:val="00A31C13"/>
    <w:rsid w:val="00A33ADD"/>
    <w:rsid w:val="00A458B6"/>
    <w:rsid w:val="00A46608"/>
    <w:rsid w:val="00A52AA4"/>
    <w:rsid w:val="00A53B21"/>
    <w:rsid w:val="00A5484B"/>
    <w:rsid w:val="00A61DFD"/>
    <w:rsid w:val="00A75EDB"/>
    <w:rsid w:val="00A87523"/>
    <w:rsid w:val="00A87B90"/>
    <w:rsid w:val="00A951B9"/>
    <w:rsid w:val="00AA1D8D"/>
    <w:rsid w:val="00AB5487"/>
    <w:rsid w:val="00AC134A"/>
    <w:rsid w:val="00AC3BFF"/>
    <w:rsid w:val="00AF540E"/>
    <w:rsid w:val="00B04285"/>
    <w:rsid w:val="00B36076"/>
    <w:rsid w:val="00B42305"/>
    <w:rsid w:val="00B47730"/>
    <w:rsid w:val="00B47924"/>
    <w:rsid w:val="00B87BE9"/>
    <w:rsid w:val="00B93380"/>
    <w:rsid w:val="00BA229D"/>
    <w:rsid w:val="00BD20B2"/>
    <w:rsid w:val="00BD3A3D"/>
    <w:rsid w:val="00BF47AE"/>
    <w:rsid w:val="00BF5905"/>
    <w:rsid w:val="00C046EE"/>
    <w:rsid w:val="00C5780F"/>
    <w:rsid w:val="00C67EF3"/>
    <w:rsid w:val="00C7485A"/>
    <w:rsid w:val="00C86602"/>
    <w:rsid w:val="00C937EE"/>
    <w:rsid w:val="00CB0664"/>
    <w:rsid w:val="00CD0D4D"/>
    <w:rsid w:val="00CE5F73"/>
    <w:rsid w:val="00D15CB2"/>
    <w:rsid w:val="00D32AC7"/>
    <w:rsid w:val="00D55265"/>
    <w:rsid w:val="00D5604F"/>
    <w:rsid w:val="00D858FF"/>
    <w:rsid w:val="00D87F61"/>
    <w:rsid w:val="00D9065D"/>
    <w:rsid w:val="00D944EF"/>
    <w:rsid w:val="00DA3CF9"/>
    <w:rsid w:val="00DA71B0"/>
    <w:rsid w:val="00DB7F14"/>
    <w:rsid w:val="00DC1070"/>
    <w:rsid w:val="00DD0E49"/>
    <w:rsid w:val="00DD4085"/>
    <w:rsid w:val="00DD5885"/>
    <w:rsid w:val="00DD60C2"/>
    <w:rsid w:val="00DF436D"/>
    <w:rsid w:val="00E03F37"/>
    <w:rsid w:val="00E0444D"/>
    <w:rsid w:val="00E11C6A"/>
    <w:rsid w:val="00E1668C"/>
    <w:rsid w:val="00E36FD9"/>
    <w:rsid w:val="00E378C5"/>
    <w:rsid w:val="00E420B4"/>
    <w:rsid w:val="00E4424C"/>
    <w:rsid w:val="00E53CEE"/>
    <w:rsid w:val="00E6020D"/>
    <w:rsid w:val="00E7092A"/>
    <w:rsid w:val="00E768F1"/>
    <w:rsid w:val="00E92041"/>
    <w:rsid w:val="00E972A4"/>
    <w:rsid w:val="00EA1E33"/>
    <w:rsid w:val="00EA4985"/>
    <w:rsid w:val="00EE0FF9"/>
    <w:rsid w:val="00F007AB"/>
    <w:rsid w:val="00F21210"/>
    <w:rsid w:val="00F24EBE"/>
    <w:rsid w:val="00F26C11"/>
    <w:rsid w:val="00F54E82"/>
    <w:rsid w:val="00F634BA"/>
    <w:rsid w:val="00F72B2A"/>
    <w:rsid w:val="00F819D6"/>
    <w:rsid w:val="00F82DC9"/>
    <w:rsid w:val="00F836DB"/>
    <w:rsid w:val="00F83EC7"/>
    <w:rsid w:val="00FB1F1C"/>
    <w:rsid w:val="00FB2D54"/>
    <w:rsid w:val="00FB4CF1"/>
    <w:rsid w:val="00FC2CC5"/>
    <w:rsid w:val="00FC693F"/>
    <w:rsid w:val="00FC76DF"/>
    <w:rsid w:val="00FD2470"/>
    <w:rsid w:val="00FD45F6"/>
    <w:rsid w:val="00FD46A1"/>
    <w:rsid w:val="00FF297C"/>
    <w:rsid w:val="00FF2AD5"/>
    <w:rsid w:val="00FF6ED5"/>
    <w:rsid w:val="0103BB26"/>
    <w:rsid w:val="0160346D"/>
    <w:rsid w:val="030883B2"/>
    <w:rsid w:val="03752C0E"/>
    <w:rsid w:val="04FE0AC3"/>
    <w:rsid w:val="0501BD0D"/>
    <w:rsid w:val="05531053"/>
    <w:rsid w:val="05B95059"/>
    <w:rsid w:val="05E5D220"/>
    <w:rsid w:val="07EB204A"/>
    <w:rsid w:val="0982B751"/>
    <w:rsid w:val="0BD302AC"/>
    <w:rsid w:val="0C98D7A0"/>
    <w:rsid w:val="0F8BE482"/>
    <w:rsid w:val="0FA7C0DA"/>
    <w:rsid w:val="0FD32DEC"/>
    <w:rsid w:val="1057BE0C"/>
    <w:rsid w:val="106F1AAE"/>
    <w:rsid w:val="108A3BC8"/>
    <w:rsid w:val="10D0662E"/>
    <w:rsid w:val="12FBD350"/>
    <w:rsid w:val="1328C779"/>
    <w:rsid w:val="136B2B11"/>
    <w:rsid w:val="1398C80D"/>
    <w:rsid w:val="13C4DF13"/>
    <w:rsid w:val="13E28342"/>
    <w:rsid w:val="14092E37"/>
    <w:rsid w:val="1487E4E7"/>
    <w:rsid w:val="15101BFE"/>
    <w:rsid w:val="152BCF0C"/>
    <w:rsid w:val="160949DC"/>
    <w:rsid w:val="16CA4DE6"/>
    <w:rsid w:val="170CC402"/>
    <w:rsid w:val="1746D55E"/>
    <w:rsid w:val="181486DA"/>
    <w:rsid w:val="193A29FE"/>
    <w:rsid w:val="193FD87F"/>
    <w:rsid w:val="1A89B106"/>
    <w:rsid w:val="1AB79086"/>
    <w:rsid w:val="1B5F5121"/>
    <w:rsid w:val="1BCEB8EB"/>
    <w:rsid w:val="1CA05339"/>
    <w:rsid w:val="1CC4E3F1"/>
    <w:rsid w:val="1E48A823"/>
    <w:rsid w:val="1EB3F161"/>
    <w:rsid w:val="1FACBB89"/>
    <w:rsid w:val="2155C061"/>
    <w:rsid w:val="21A2F73E"/>
    <w:rsid w:val="21C56C6A"/>
    <w:rsid w:val="2215ED45"/>
    <w:rsid w:val="2346C055"/>
    <w:rsid w:val="23851CC0"/>
    <w:rsid w:val="23C0341C"/>
    <w:rsid w:val="23DDDEC0"/>
    <w:rsid w:val="248165E8"/>
    <w:rsid w:val="25A4F155"/>
    <w:rsid w:val="26C982EB"/>
    <w:rsid w:val="27AACC24"/>
    <w:rsid w:val="285A94B6"/>
    <w:rsid w:val="28B3BDBA"/>
    <w:rsid w:val="29F868AD"/>
    <w:rsid w:val="2A3008DD"/>
    <w:rsid w:val="2AEB6970"/>
    <w:rsid w:val="2C0565E0"/>
    <w:rsid w:val="2C155150"/>
    <w:rsid w:val="2C301EB6"/>
    <w:rsid w:val="2C5E70D0"/>
    <w:rsid w:val="2CDB6D38"/>
    <w:rsid w:val="2DB36626"/>
    <w:rsid w:val="2E1535C8"/>
    <w:rsid w:val="303DCE4C"/>
    <w:rsid w:val="3104E818"/>
    <w:rsid w:val="3114237B"/>
    <w:rsid w:val="314D0EEF"/>
    <w:rsid w:val="32129D26"/>
    <w:rsid w:val="3249067D"/>
    <w:rsid w:val="3274150E"/>
    <w:rsid w:val="3281B970"/>
    <w:rsid w:val="330FFF8A"/>
    <w:rsid w:val="3340170F"/>
    <w:rsid w:val="3389074A"/>
    <w:rsid w:val="33D2239D"/>
    <w:rsid w:val="3426C3C7"/>
    <w:rsid w:val="34E40CC6"/>
    <w:rsid w:val="34F3437A"/>
    <w:rsid w:val="3528A522"/>
    <w:rsid w:val="3644D9F1"/>
    <w:rsid w:val="369470D0"/>
    <w:rsid w:val="372ABFCD"/>
    <w:rsid w:val="3775BFB2"/>
    <w:rsid w:val="3895CF08"/>
    <w:rsid w:val="389C03F7"/>
    <w:rsid w:val="38F2ECD0"/>
    <w:rsid w:val="3936070E"/>
    <w:rsid w:val="3965BA96"/>
    <w:rsid w:val="3A565C25"/>
    <w:rsid w:val="3A83791F"/>
    <w:rsid w:val="3BB16209"/>
    <w:rsid w:val="3CBE7BE6"/>
    <w:rsid w:val="3CE1D5DD"/>
    <w:rsid w:val="3D8AFE4C"/>
    <w:rsid w:val="3EE61337"/>
    <w:rsid w:val="3F0A3E6C"/>
    <w:rsid w:val="3F9B7FEE"/>
    <w:rsid w:val="3FA3754B"/>
    <w:rsid w:val="40502074"/>
    <w:rsid w:val="41C40871"/>
    <w:rsid w:val="424E3BFC"/>
    <w:rsid w:val="42AC352F"/>
    <w:rsid w:val="43A19B49"/>
    <w:rsid w:val="43F39067"/>
    <w:rsid w:val="44D372C6"/>
    <w:rsid w:val="4531D984"/>
    <w:rsid w:val="45C1D0E1"/>
    <w:rsid w:val="45F9ABE9"/>
    <w:rsid w:val="47B50A4C"/>
    <w:rsid w:val="48593622"/>
    <w:rsid w:val="4866201D"/>
    <w:rsid w:val="49453D5C"/>
    <w:rsid w:val="498B95BE"/>
    <w:rsid w:val="4A094CD7"/>
    <w:rsid w:val="4AFE1AC6"/>
    <w:rsid w:val="4B348C3C"/>
    <w:rsid w:val="4B398E05"/>
    <w:rsid w:val="4BF35D94"/>
    <w:rsid w:val="4D32A562"/>
    <w:rsid w:val="4D739082"/>
    <w:rsid w:val="4DAAF808"/>
    <w:rsid w:val="4E7A216B"/>
    <w:rsid w:val="4F3C024D"/>
    <w:rsid w:val="4F9074AA"/>
    <w:rsid w:val="4FF61731"/>
    <w:rsid w:val="5085410D"/>
    <w:rsid w:val="508B79A0"/>
    <w:rsid w:val="510FB37A"/>
    <w:rsid w:val="512809DA"/>
    <w:rsid w:val="5161F610"/>
    <w:rsid w:val="528DDD47"/>
    <w:rsid w:val="529F858D"/>
    <w:rsid w:val="52DCD58A"/>
    <w:rsid w:val="53984023"/>
    <w:rsid w:val="54C40A61"/>
    <w:rsid w:val="55601251"/>
    <w:rsid w:val="55DB5232"/>
    <w:rsid w:val="56BA6C8B"/>
    <w:rsid w:val="56D3F675"/>
    <w:rsid w:val="5742E294"/>
    <w:rsid w:val="5813FFBA"/>
    <w:rsid w:val="5828A59A"/>
    <w:rsid w:val="58AC498B"/>
    <w:rsid w:val="58C71547"/>
    <w:rsid w:val="5959DE4D"/>
    <w:rsid w:val="59B6E67C"/>
    <w:rsid w:val="5B415E3C"/>
    <w:rsid w:val="5C16E422"/>
    <w:rsid w:val="5CFEC0CB"/>
    <w:rsid w:val="5CFF89E5"/>
    <w:rsid w:val="5D19EA13"/>
    <w:rsid w:val="5D7F7C68"/>
    <w:rsid w:val="5DB86CEA"/>
    <w:rsid w:val="5F905F7A"/>
    <w:rsid w:val="6016FD98"/>
    <w:rsid w:val="6065BACE"/>
    <w:rsid w:val="60DC2013"/>
    <w:rsid w:val="61D0F0CE"/>
    <w:rsid w:val="61EE0ACD"/>
    <w:rsid w:val="62E6B3EF"/>
    <w:rsid w:val="63C242AB"/>
    <w:rsid w:val="64B74739"/>
    <w:rsid w:val="654C41C7"/>
    <w:rsid w:val="65DCD711"/>
    <w:rsid w:val="6636297D"/>
    <w:rsid w:val="6637AE46"/>
    <w:rsid w:val="6648EDC8"/>
    <w:rsid w:val="680A3964"/>
    <w:rsid w:val="68F434DE"/>
    <w:rsid w:val="69A915C9"/>
    <w:rsid w:val="6A2D6280"/>
    <w:rsid w:val="6AF937C6"/>
    <w:rsid w:val="6B0F900C"/>
    <w:rsid w:val="6B223670"/>
    <w:rsid w:val="6BFB1511"/>
    <w:rsid w:val="6CEDC601"/>
    <w:rsid w:val="6E29D764"/>
    <w:rsid w:val="6E2EAF01"/>
    <w:rsid w:val="6E986A80"/>
    <w:rsid w:val="6EE9681E"/>
    <w:rsid w:val="7082D002"/>
    <w:rsid w:val="70A2EB98"/>
    <w:rsid w:val="70C022B0"/>
    <w:rsid w:val="70C57DE3"/>
    <w:rsid w:val="70CD5188"/>
    <w:rsid w:val="71B91277"/>
    <w:rsid w:val="71D13778"/>
    <w:rsid w:val="726DDA1E"/>
    <w:rsid w:val="72800989"/>
    <w:rsid w:val="731C4880"/>
    <w:rsid w:val="75160F40"/>
    <w:rsid w:val="754D5A7C"/>
    <w:rsid w:val="75E1FE9E"/>
    <w:rsid w:val="75F15D4F"/>
    <w:rsid w:val="75FF95F5"/>
    <w:rsid w:val="7620A28F"/>
    <w:rsid w:val="76B569C4"/>
    <w:rsid w:val="775D8FBD"/>
    <w:rsid w:val="777AEFF1"/>
    <w:rsid w:val="77DF7707"/>
    <w:rsid w:val="7923CC69"/>
    <w:rsid w:val="7A3E3E0D"/>
    <w:rsid w:val="7AED4A6C"/>
    <w:rsid w:val="7BA485AC"/>
    <w:rsid w:val="7ECEDB7F"/>
    <w:rsid w:val="7FB6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AE57EE43-9DFF-4904-B5D0-6653B42D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7082D002"/>
    <w:pPr>
      <w:spacing w:after="240"/>
    </w:pPr>
    <w:rPr>
      <w:rFonts w:ascii="Arial Nova" w:eastAsia="Arial Nova" w:hAnsi="Arial Nova" w:cs="Arial Nova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7082D002"/>
    <w:pPr>
      <w:keepNext/>
      <w:keepLines/>
      <w:spacing w:before="480"/>
      <w:outlineLvl w:val="0"/>
    </w:pPr>
    <w:rPr>
      <w:b/>
      <w:bCs/>
      <w:color w:val="365F9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330FFF8A"/>
    <w:pPr>
      <w:keepNext/>
      <w:keepLines/>
      <w:spacing w:before="240"/>
      <w:outlineLvl w:val="1"/>
    </w:pPr>
    <w:rPr>
      <w:rFonts w:asciiTheme="minorHAnsi" w:eastAsiaTheme="minorEastAsia" w:hAnsiTheme="minorHAnsi" w:cstheme="minorBidi"/>
      <w:b/>
      <w:bCs/>
      <w:color w:val="4F81BD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7082D0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7082D0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7082D0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7082D0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7082D0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7082D0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7082D0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7082D0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7082D0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7082D002"/>
    <w:rPr>
      <w:rFonts w:ascii="Arial Nova" w:eastAsia="Arial Nova" w:hAnsi="Arial Nova" w:cs="Arial Nova"/>
      <w:b/>
      <w:bCs/>
      <w:color w:val="365F9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330FFF8A"/>
    <w:rPr>
      <w:b/>
      <w:bCs/>
      <w:color w:val="4F81BD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7082D0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7082D00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7082D002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7082D0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7082D00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7082D00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7082D002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7082D002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7082D002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7082D00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7082D00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7082D002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7082D002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7082D002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7082D002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7082D00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7082D00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7082D002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7082D00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7082D00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7082D0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7082D002"/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26C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7082D0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C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C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C1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486F"/>
    <w:pPr>
      <w:spacing w:after="0" w:line="240" w:lineRule="auto"/>
    </w:pPr>
    <w:rPr>
      <w:rFonts w:ascii="Arial Nova" w:eastAsia="Arial Nova" w:hAnsi="Arial Nova" w:cs="Arial Nova"/>
      <w:sz w:val="28"/>
      <w:szCs w:val="28"/>
    </w:rPr>
  </w:style>
  <w:style w:type="paragraph" w:customStyle="1" w:styleId="p1">
    <w:name w:val="p1"/>
    <w:basedOn w:val="Normal"/>
    <w:rsid w:val="00707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aee26d8-97c2-4fad-8900-96735f6dc73f}" enabled="0" method="" siteId="{9aee26d8-97c2-4fad-8900-96735f6dc7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953</Words>
  <Characters>5436</Characters>
  <Application>Microsoft Office Word</Application>
  <DocSecurity>0</DocSecurity>
  <Lines>45</Lines>
  <Paragraphs>12</Paragraphs>
  <ScaleCrop>false</ScaleCrop>
  <Manager/>
  <Company/>
  <LinksUpToDate>false</LinksUpToDate>
  <CharactersWithSpaces>6377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Matthew Berryman</cp:lastModifiedBy>
  <cp:revision>184</cp:revision>
  <dcterms:created xsi:type="dcterms:W3CDTF">2013-12-23T23:15:00Z</dcterms:created>
  <dcterms:modified xsi:type="dcterms:W3CDTF">2026-05-01T03:20:00Z</dcterms:modified>
  <cp:category/>
</cp:coreProperties>
</file>